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076" w:rsidRPr="00A417D1" w:rsidRDefault="000A0076">
      <w:pPr>
        <w:pStyle w:val="Ttulo1"/>
        <w:rPr>
          <w:color w:val="auto"/>
          <w:lang w:val="es-ES"/>
        </w:rPr>
      </w:pPr>
    </w:p>
    <w:p w:rsidR="005F3228" w:rsidRPr="00A417D1" w:rsidRDefault="00A417D1" w:rsidP="009053DB">
      <w:pPr>
        <w:pStyle w:val="Ttulo1"/>
        <w:jc w:val="center"/>
        <w:rPr>
          <w:color w:val="auto"/>
          <w:szCs w:val="22"/>
          <w:lang w:val="es-ES"/>
        </w:rPr>
      </w:pPr>
      <w:proofErr w:type="spellStart"/>
      <w:r w:rsidRPr="00A417D1">
        <w:rPr>
          <w:color w:val="auto"/>
          <w:szCs w:val="22"/>
          <w:lang w:val="es-ES"/>
        </w:rPr>
        <w:t>Formulari</w:t>
      </w:r>
      <w:proofErr w:type="spellEnd"/>
      <w:r w:rsidRPr="00A417D1">
        <w:rPr>
          <w:color w:val="auto"/>
          <w:szCs w:val="22"/>
          <w:lang w:val="es-ES"/>
        </w:rPr>
        <w:t xml:space="preserve"> de </w:t>
      </w:r>
      <w:proofErr w:type="spellStart"/>
      <w:r w:rsidRPr="00A417D1">
        <w:rPr>
          <w:color w:val="auto"/>
          <w:szCs w:val="22"/>
          <w:lang w:val="es-ES"/>
        </w:rPr>
        <w:t>Sol·licitud</w:t>
      </w:r>
      <w:proofErr w:type="spellEnd"/>
      <w:r w:rsidRPr="00A417D1">
        <w:rPr>
          <w:color w:val="auto"/>
          <w:szCs w:val="22"/>
          <w:lang w:val="es-ES"/>
        </w:rPr>
        <w:t xml:space="preserve"> - Be</w:t>
      </w:r>
      <w:r w:rsidR="008A03A8" w:rsidRPr="00A417D1">
        <w:rPr>
          <w:color w:val="auto"/>
          <w:szCs w:val="22"/>
          <w:lang w:val="es-ES"/>
        </w:rPr>
        <w:t xml:space="preserve">ques Erasmus+ per a </w:t>
      </w:r>
      <w:proofErr w:type="spellStart"/>
      <w:r w:rsidR="008A03A8" w:rsidRPr="00A417D1">
        <w:rPr>
          <w:color w:val="auto"/>
          <w:szCs w:val="22"/>
          <w:lang w:val="es-ES"/>
        </w:rPr>
        <w:t>Docents</w:t>
      </w:r>
      <w:proofErr w:type="spellEnd"/>
      <w:r w:rsidR="008A03A8" w:rsidRPr="00A417D1">
        <w:rPr>
          <w:color w:val="auto"/>
          <w:szCs w:val="22"/>
          <w:lang w:val="es-ES"/>
        </w:rPr>
        <w:t xml:space="preserve"> </w:t>
      </w:r>
      <w:proofErr w:type="spellStart"/>
      <w:r w:rsidR="008A03A8" w:rsidRPr="00A417D1">
        <w:rPr>
          <w:color w:val="auto"/>
          <w:szCs w:val="22"/>
          <w:lang w:val="es-ES"/>
        </w:rPr>
        <w:t>d’Eòlia</w:t>
      </w:r>
      <w:proofErr w:type="spellEnd"/>
    </w:p>
    <w:p w:rsidR="009053DB" w:rsidRPr="00A417D1" w:rsidRDefault="009053DB" w:rsidP="009053DB">
      <w:pPr>
        <w:jc w:val="both"/>
        <w:rPr>
          <w:rFonts w:asciiTheme="majorHAnsi" w:hAnsiTheme="majorHAnsi"/>
          <w:lang w:val="es-ES"/>
        </w:rPr>
      </w:pPr>
    </w:p>
    <w:p w:rsidR="005F3228" w:rsidRPr="00A417D1" w:rsidRDefault="008A03A8" w:rsidP="009053DB">
      <w:pPr>
        <w:jc w:val="both"/>
        <w:rPr>
          <w:rFonts w:asciiTheme="majorHAnsi" w:hAnsiTheme="majorHAnsi"/>
          <w:i/>
          <w:lang w:val="es-ES"/>
        </w:rPr>
      </w:pPr>
      <w:r w:rsidRPr="00A417D1">
        <w:rPr>
          <w:rFonts w:asciiTheme="majorHAnsi" w:hAnsiTheme="majorHAnsi"/>
          <w:i/>
          <w:lang w:val="es-ES"/>
        </w:rPr>
        <w:t xml:space="preserve">Si </w:t>
      </w:r>
      <w:proofErr w:type="spellStart"/>
      <w:r w:rsidRPr="00A417D1">
        <w:rPr>
          <w:rFonts w:asciiTheme="majorHAnsi" w:hAnsiTheme="majorHAnsi"/>
          <w:i/>
          <w:lang w:val="es-ES"/>
        </w:rPr>
        <w:t>us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i/>
          <w:lang w:val="es-ES"/>
        </w:rPr>
        <w:t>plau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, </w:t>
      </w:r>
      <w:proofErr w:type="spellStart"/>
      <w:r w:rsidRPr="00A417D1">
        <w:rPr>
          <w:rFonts w:asciiTheme="majorHAnsi" w:hAnsiTheme="majorHAnsi"/>
          <w:i/>
          <w:lang w:val="es-ES"/>
        </w:rPr>
        <w:t>empleneu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i/>
          <w:lang w:val="es-ES"/>
        </w:rPr>
        <w:t>aquest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i/>
          <w:lang w:val="es-ES"/>
        </w:rPr>
        <w:t>formulari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 i </w:t>
      </w:r>
      <w:proofErr w:type="spellStart"/>
      <w:r w:rsidRPr="00A417D1">
        <w:rPr>
          <w:rFonts w:asciiTheme="majorHAnsi" w:hAnsiTheme="majorHAnsi"/>
          <w:i/>
          <w:lang w:val="es-ES"/>
        </w:rPr>
        <w:t>adjunteu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 la </w:t>
      </w:r>
      <w:proofErr w:type="spellStart"/>
      <w:r w:rsidRPr="00A417D1">
        <w:rPr>
          <w:rFonts w:asciiTheme="majorHAnsi" w:hAnsiTheme="majorHAnsi"/>
          <w:i/>
          <w:lang w:val="es-ES"/>
        </w:rPr>
        <w:t>documentació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 requerida. Les </w:t>
      </w:r>
      <w:proofErr w:type="spellStart"/>
      <w:r w:rsidRPr="00A417D1">
        <w:rPr>
          <w:rFonts w:asciiTheme="majorHAnsi" w:hAnsiTheme="majorHAnsi"/>
          <w:i/>
          <w:lang w:val="es-ES"/>
        </w:rPr>
        <w:t>dades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i/>
          <w:lang w:val="es-ES"/>
        </w:rPr>
        <w:t>facilitades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i/>
          <w:lang w:val="es-ES"/>
        </w:rPr>
        <w:t>seran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i/>
          <w:lang w:val="es-ES"/>
        </w:rPr>
        <w:t>utilitzades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i/>
          <w:lang w:val="es-ES"/>
        </w:rPr>
        <w:t>exclusivament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 per al </w:t>
      </w:r>
      <w:proofErr w:type="spellStart"/>
      <w:r w:rsidRPr="00A417D1">
        <w:rPr>
          <w:rFonts w:asciiTheme="majorHAnsi" w:hAnsiTheme="majorHAnsi"/>
          <w:i/>
          <w:lang w:val="es-ES"/>
        </w:rPr>
        <w:t>procés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 de </w:t>
      </w:r>
      <w:proofErr w:type="spellStart"/>
      <w:r w:rsidRPr="00A417D1">
        <w:rPr>
          <w:rFonts w:asciiTheme="majorHAnsi" w:hAnsiTheme="majorHAnsi"/>
          <w:i/>
          <w:lang w:val="es-ES"/>
        </w:rPr>
        <w:t>selecció</w:t>
      </w:r>
      <w:proofErr w:type="spellEnd"/>
      <w:r w:rsidRPr="00A417D1">
        <w:rPr>
          <w:rFonts w:asciiTheme="majorHAnsi" w:hAnsiTheme="majorHAnsi"/>
          <w:i/>
          <w:lang w:val="es-ES"/>
        </w:rPr>
        <w:t xml:space="preserve"> de beques Erasmus+.</w:t>
      </w:r>
    </w:p>
    <w:p w:rsidR="000A0076" w:rsidRPr="00A417D1" w:rsidRDefault="000A0076">
      <w:pPr>
        <w:pStyle w:val="Ttulo2"/>
        <w:rPr>
          <w:b w:val="0"/>
          <w:color w:val="auto"/>
          <w:sz w:val="22"/>
          <w:szCs w:val="22"/>
          <w:lang w:val="es-ES"/>
        </w:rPr>
      </w:pPr>
    </w:p>
    <w:tbl>
      <w:tblPr>
        <w:tblStyle w:val="Tablaconcuadrcula"/>
        <w:tblW w:w="0" w:type="auto"/>
        <w:tblLook w:val="04A0"/>
      </w:tblPr>
      <w:tblGrid>
        <w:gridCol w:w="2926"/>
        <w:gridCol w:w="2927"/>
        <w:gridCol w:w="2927"/>
      </w:tblGrid>
      <w:tr w:rsidR="000A0076" w:rsidRPr="00A417D1" w:rsidTr="00796ABF">
        <w:tc>
          <w:tcPr>
            <w:tcW w:w="8780" w:type="dxa"/>
            <w:gridSpan w:val="3"/>
          </w:tcPr>
          <w:p w:rsidR="000A0076" w:rsidRPr="00A417D1" w:rsidRDefault="000A0076" w:rsidP="000A0076">
            <w:pPr>
              <w:pStyle w:val="Ttulo2"/>
              <w:jc w:val="center"/>
              <w:outlineLvl w:val="1"/>
              <w:rPr>
                <w:color w:val="auto"/>
                <w:sz w:val="22"/>
                <w:szCs w:val="22"/>
              </w:rPr>
            </w:pPr>
            <w:proofErr w:type="spellStart"/>
            <w:r w:rsidRPr="00A417D1">
              <w:rPr>
                <w:color w:val="auto"/>
                <w:sz w:val="24"/>
                <w:szCs w:val="22"/>
              </w:rPr>
              <w:t>Dades</w:t>
            </w:r>
            <w:proofErr w:type="spellEnd"/>
            <w:r w:rsidRPr="00A417D1">
              <w:rPr>
                <w:color w:val="auto"/>
                <w:sz w:val="24"/>
                <w:szCs w:val="22"/>
              </w:rPr>
              <w:t xml:space="preserve"> personals</w:t>
            </w:r>
          </w:p>
        </w:tc>
      </w:tr>
      <w:tr w:rsidR="000A0076" w:rsidRPr="00A417D1" w:rsidTr="000A0076">
        <w:tc>
          <w:tcPr>
            <w:tcW w:w="2926" w:type="dxa"/>
          </w:tcPr>
          <w:p w:rsidR="000A0076" w:rsidRPr="00A417D1" w:rsidRDefault="000A0076">
            <w:pPr>
              <w:pStyle w:val="Ttulo2"/>
              <w:outlineLvl w:val="1"/>
              <w:rPr>
                <w:color w:val="auto"/>
                <w:sz w:val="22"/>
                <w:szCs w:val="22"/>
              </w:rPr>
            </w:pPr>
            <w:r w:rsidRPr="00A417D1">
              <w:rPr>
                <w:color w:val="auto"/>
                <w:sz w:val="22"/>
                <w:szCs w:val="22"/>
              </w:rPr>
              <w:t xml:space="preserve">Nom </w:t>
            </w:r>
            <w:proofErr w:type="spellStart"/>
            <w:r w:rsidRPr="00A417D1">
              <w:rPr>
                <w:color w:val="auto"/>
                <w:sz w:val="22"/>
                <w:szCs w:val="22"/>
              </w:rPr>
              <w:t>i</w:t>
            </w:r>
            <w:proofErr w:type="spellEnd"/>
            <w:r w:rsidRPr="00A417D1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A417D1">
              <w:rPr>
                <w:color w:val="auto"/>
                <w:sz w:val="22"/>
                <w:szCs w:val="22"/>
              </w:rPr>
              <w:t>cognoms</w:t>
            </w:r>
            <w:proofErr w:type="spellEnd"/>
            <w:r w:rsidRPr="00A417D1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2927" w:type="dxa"/>
          </w:tcPr>
          <w:p w:rsidR="000A0076" w:rsidRPr="00A417D1" w:rsidRDefault="000A0076">
            <w:pPr>
              <w:pStyle w:val="Ttulo2"/>
              <w:outlineLvl w:val="1"/>
              <w:rPr>
                <w:color w:val="auto"/>
                <w:sz w:val="22"/>
                <w:szCs w:val="22"/>
              </w:rPr>
            </w:pPr>
            <w:r w:rsidRPr="00A417D1">
              <w:rPr>
                <w:color w:val="auto"/>
                <w:sz w:val="22"/>
                <w:szCs w:val="22"/>
                <w:lang w:val="es-ES"/>
              </w:rPr>
              <w:t>DNI/NIE:</w:t>
            </w:r>
          </w:p>
        </w:tc>
        <w:tc>
          <w:tcPr>
            <w:tcW w:w="2927" w:type="dxa"/>
          </w:tcPr>
          <w:p w:rsidR="000A0076" w:rsidRPr="00A417D1" w:rsidRDefault="000A0076">
            <w:pPr>
              <w:pStyle w:val="Ttulo2"/>
              <w:outlineLvl w:val="1"/>
              <w:rPr>
                <w:color w:val="auto"/>
                <w:sz w:val="22"/>
                <w:szCs w:val="22"/>
              </w:rPr>
            </w:pPr>
            <w:r w:rsidRPr="00A417D1">
              <w:rPr>
                <w:color w:val="auto"/>
                <w:sz w:val="22"/>
                <w:szCs w:val="22"/>
                <w:lang w:val="es-ES"/>
              </w:rPr>
              <w:t xml:space="preserve">Data de </w:t>
            </w:r>
            <w:proofErr w:type="spellStart"/>
            <w:r w:rsidRPr="00A417D1">
              <w:rPr>
                <w:color w:val="auto"/>
                <w:sz w:val="22"/>
                <w:szCs w:val="22"/>
                <w:lang w:val="es-ES"/>
              </w:rPr>
              <w:t>naixement</w:t>
            </w:r>
            <w:proofErr w:type="spellEnd"/>
            <w:r w:rsidRPr="00A417D1">
              <w:rPr>
                <w:color w:val="auto"/>
                <w:sz w:val="22"/>
                <w:szCs w:val="22"/>
                <w:lang w:val="es-ES"/>
              </w:rPr>
              <w:t>:</w:t>
            </w:r>
          </w:p>
        </w:tc>
      </w:tr>
      <w:tr w:rsidR="000A0076" w:rsidRPr="00A417D1" w:rsidTr="000A0076">
        <w:tc>
          <w:tcPr>
            <w:tcW w:w="2926" w:type="dxa"/>
          </w:tcPr>
          <w:p w:rsidR="000A0076" w:rsidRPr="00A417D1" w:rsidRDefault="000A0076">
            <w:pPr>
              <w:pStyle w:val="Ttulo2"/>
              <w:outlineLvl w:val="1"/>
              <w:rPr>
                <w:b w:val="0"/>
                <w:color w:val="auto"/>
                <w:sz w:val="22"/>
                <w:szCs w:val="22"/>
              </w:rPr>
            </w:pPr>
          </w:p>
          <w:p w:rsidR="000A0076" w:rsidRPr="00A417D1" w:rsidRDefault="000A0076" w:rsidP="000A0076">
            <w:pPr>
              <w:rPr>
                <w:rFonts w:asciiTheme="majorHAnsi" w:hAnsiTheme="majorHAnsi"/>
              </w:rPr>
            </w:pPr>
          </w:p>
        </w:tc>
        <w:tc>
          <w:tcPr>
            <w:tcW w:w="2927" w:type="dxa"/>
          </w:tcPr>
          <w:p w:rsidR="000A0076" w:rsidRPr="00A417D1" w:rsidRDefault="000A0076">
            <w:pPr>
              <w:pStyle w:val="Ttulo2"/>
              <w:outlineLvl w:val="1"/>
              <w:rPr>
                <w:b w:val="0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927" w:type="dxa"/>
          </w:tcPr>
          <w:p w:rsidR="000A0076" w:rsidRPr="00A417D1" w:rsidRDefault="000A0076">
            <w:pPr>
              <w:pStyle w:val="Ttulo2"/>
              <w:outlineLvl w:val="1"/>
              <w:rPr>
                <w:b w:val="0"/>
                <w:color w:val="auto"/>
                <w:sz w:val="22"/>
                <w:szCs w:val="22"/>
                <w:lang w:val="es-ES"/>
              </w:rPr>
            </w:pPr>
          </w:p>
        </w:tc>
      </w:tr>
      <w:tr w:rsidR="000A0076" w:rsidRPr="00A417D1" w:rsidTr="000A0076">
        <w:trPr>
          <w:trHeight w:val="593"/>
        </w:trPr>
        <w:tc>
          <w:tcPr>
            <w:tcW w:w="2926" w:type="dxa"/>
          </w:tcPr>
          <w:p w:rsidR="000A0076" w:rsidRPr="00A417D1" w:rsidRDefault="000A0076">
            <w:pPr>
              <w:pStyle w:val="Ttulo2"/>
              <w:outlineLvl w:val="1"/>
              <w:rPr>
                <w:color w:val="auto"/>
                <w:sz w:val="22"/>
                <w:szCs w:val="22"/>
                <w:lang w:val="es-ES"/>
              </w:rPr>
            </w:pPr>
            <w:proofErr w:type="spellStart"/>
            <w:r w:rsidRPr="00A417D1">
              <w:rPr>
                <w:color w:val="auto"/>
                <w:sz w:val="22"/>
                <w:szCs w:val="22"/>
                <w:lang w:val="es-ES"/>
              </w:rPr>
              <w:t>Correu</w:t>
            </w:r>
            <w:proofErr w:type="spellEnd"/>
            <w:r w:rsidRPr="00A417D1">
              <w:rPr>
                <w:color w:val="auto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A417D1">
              <w:rPr>
                <w:color w:val="auto"/>
                <w:sz w:val="22"/>
                <w:szCs w:val="22"/>
                <w:lang w:val="es-ES"/>
              </w:rPr>
              <w:t>electrònic</w:t>
            </w:r>
            <w:proofErr w:type="spellEnd"/>
            <w:r w:rsidR="009053DB" w:rsidRPr="00A417D1">
              <w:rPr>
                <w:color w:val="auto"/>
                <w:sz w:val="22"/>
                <w:szCs w:val="22"/>
                <w:lang w:val="es-ES"/>
              </w:rPr>
              <w:t xml:space="preserve"> i </w:t>
            </w:r>
            <w:proofErr w:type="spellStart"/>
            <w:r w:rsidR="009053DB" w:rsidRPr="00A417D1">
              <w:rPr>
                <w:color w:val="auto"/>
                <w:sz w:val="22"/>
                <w:szCs w:val="22"/>
                <w:lang w:val="es-ES"/>
              </w:rPr>
              <w:t>telèfon</w:t>
            </w:r>
            <w:proofErr w:type="spellEnd"/>
            <w:r w:rsidR="009053DB" w:rsidRPr="00A417D1">
              <w:rPr>
                <w:color w:val="auto"/>
                <w:sz w:val="22"/>
                <w:szCs w:val="22"/>
                <w:lang w:val="es-ES"/>
              </w:rPr>
              <w:t xml:space="preserve"> de contacte:</w:t>
            </w:r>
          </w:p>
        </w:tc>
        <w:tc>
          <w:tcPr>
            <w:tcW w:w="2927" w:type="dxa"/>
          </w:tcPr>
          <w:p w:rsidR="000A0076" w:rsidRPr="00A417D1" w:rsidRDefault="009053DB">
            <w:pPr>
              <w:pStyle w:val="Ttulo2"/>
              <w:outlineLvl w:val="1"/>
              <w:rPr>
                <w:color w:val="auto"/>
                <w:sz w:val="22"/>
                <w:szCs w:val="22"/>
                <w:lang w:val="es-ES"/>
              </w:rPr>
            </w:pPr>
            <w:proofErr w:type="spellStart"/>
            <w:r w:rsidRPr="00A417D1">
              <w:rPr>
                <w:color w:val="auto"/>
                <w:sz w:val="22"/>
                <w:szCs w:val="22"/>
                <w:lang w:val="es-ES"/>
              </w:rPr>
              <w:t>Departament</w:t>
            </w:r>
            <w:proofErr w:type="spellEnd"/>
            <w:r w:rsidRPr="00A417D1">
              <w:rPr>
                <w:color w:val="auto"/>
                <w:sz w:val="22"/>
                <w:szCs w:val="22"/>
                <w:lang w:val="es-ES"/>
              </w:rPr>
              <w:t xml:space="preserve"> / </w:t>
            </w:r>
            <w:proofErr w:type="spellStart"/>
            <w:r w:rsidRPr="00A417D1">
              <w:rPr>
                <w:color w:val="auto"/>
                <w:sz w:val="22"/>
                <w:szCs w:val="22"/>
                <w:lang w:val="es-ES"/>
              </w:rPr>
              <w:t>Àrea</w:t>
            </w:r>
            <w:proofErr w:type="spellEnd"/>
            <w:r w:rsidRPr="00A417D1">
              <w:rPr>
                <w:color w:val="auto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A417D1">
              <w:rPr>
                <w:color w:val="auto"/>
                <w:sz w:val="22"/>
                <w:szCs w:val="22"/>
                <w:lang w:val="es-ES"/>
              </w:rPr>
              <w:t>docent</w:t>
            </w:r>
            <w:proofErr w:type="spellEnd"/>
            <w:r w:rsidRPr="00A417D1">
              <w:rPr>
                <w:color w:val="auto"/>
                <w:sz w:val="22"/>
                <w:szCs w:val="22"/>
                <w:lang w:val="es-ES"/>
              </w:rPr>
              <w:t xml:space="preserve"> a </w:t>
            </w:r>
            <w:proofErr w:type="spellStart"/>
            <w:r w:rsidRPr="00A417D1">
              <w:rPr>
                <w:color w:val="auto"/>
                <w:sz w:val="22"/>
                <w:szCs w:val="22"/>
                <w:lang w:val="es-ES"/>
              </w:rPr>
              <w:t>Eòlia</w:t>
            </w:r>
            <w:proofErr w:type="spellEnd"/>
            <w:r w:rsidRPr="00A417D1">
              <w:rPr>
                <w:color w:val="auto"/>
                <w:sz w:val="22"/>
                <w:szCs w:val="22"/>
                <w:lang w:val="es-ES"/>
              </w:rPr>
              <w:t xml:space="preserve"> i </w:t>
            </w:r>
            <w:proofErr w:type="spellStart"/>
            <w:r w:rsidRPr="00A417D1">
              <w:rPr>
                <w:color w:val="auto"/>
                <w:sz w:val="22"/>
                <w:szCs w:val="22"/>
                <w:lang w:val="es-ES"/>
              </w:rPr>
              <w:t>antiguitat</w:t>
            </w:r>
            <w:proofErr w:type="spellEnd"/>
          </w:p>
        </w:tc>
        <w:tc>
          <w:tcPr>
            <w:tcW w:w="2927" w:type="dxa"/>
          </w:tcPr>
          <w:p w:rsidR="000A0076" w:rsidRPr="00A417D1" w:rsidRDefault="009053DB" w:rsidP="0015558A">
            <w:pPr>
              <w:pStyle w:val="Ttulo2"/>
              <w:outlineLvl w:val="1"/>
              <w:rPr>
                <w:color w:val="auto"/>
                <w:sz w:val="22"/>
                <w:szCs w:val="22"/>
                <w:lang w:val="es-ES"/>
              </w:rPr>
            </w:pPr>
            <w:r w:rsidRPr="00A417D1">
              <w:rPr>
                <w:color w:val="auto"/>
                <w:sz w:val="22"/>
                <w:szCs w:val="22"/>
                <w:lang w:val="es-ES"/>
              </w:rPr>
              <w:t>Nombre</w:t>
            </w:r>
            <w:r w:rsidR="00580BB5" w:rsidRPr="00A417D1">
              <w:rPr>
                <w:color w:val="auto"/>
                <w:sz w:val="22"/>
                <w:szCs w:val="22"/>
                <w:lang w:val="es-ES"/>
              </w:rPr>
              <w:t xml:space="preserve"> i </w:t>
            </w:r>
            <w:proofErr w:type="spellStart"/>
            <w:r w:rsidR="00580BB5" w:rsidRPr="00A417D1">
              <w:rPr>
                <w:color w:val="auto"/>
                <w:sz w:val="22"/>
                <w:szCs w:val="22"/>
                <w:lang w:val="es-ES"/>
              </w:rPr>
              <w:t>any</w:t>
            </w:r>
            <w:proofErr w:type="spellEnd"/>
            <w:r w:rsidR="00580BB5" w:rsidRPr="00A417D1">
              <w:rPr>
                <w:color w:val="auto"/>
                <w:sz w:val="22"/>
                <w:szCs w:val="22"/>
                <w:lang w:val="es-ES"/>
              </w:rPr>
              <w:t xml:space="preserve"> </w:t>
            </w:r>
            <w:r w:rsidRPr="00A417D1">
              <w:rPr>
                <w:color w:val="auto"/>
                <w:sz w:val="22"/>
                <w:szCs w:val="22"/>
                <w:lang w:val="es-ES"/>
              </w:rPr>
              <w:t xml:space="preserve"> de </w:t>
            </w:r>
            <w:proofErr w:type="spellStart"/>
            <w:r w:rsidRPr="00A417D1">
              <w:rPr>
                <w:color w:val="auto"/>
                <w:sz w:val="22"/>
                <w:szCs w:val="22"/>
                <w:lang w:val="es-ES"/>
              </w:rPr>
              <w:t>mobilitats</w:t>
            </w:r>
            <w:proofErr w:type="spellEnd"/>
            <w:r w:rsidRPr="00A417D1">
              <w:rPr>
                <w:color w:val="auto"/>
                <w:sz w:val="22"/>
                <w:szCs w:val="22"/>
                <w:lang w:val="es-ES"/>
              </w:rPr>
              <w:t xml:space="preserve"> Erasmus </w:t>
            </w:r>
            <w:proofErr w:type="spellStart"/>
            <w:r w:rsidRPr="00A417D1">
              <w:rPr>
                <w:color w:val="auto"/>
                <w:sz w:val="22"/>
                <w:szCs w:val="22"/>
                <w:lang w:val="es-ES"/>
              </w:rPr>
              <w:t>realitzades</w:t>
            </w:r>
            <w:proofErr w:type="spellEnd"/>
            <w:r w:rsidRPr="00A417D1">
              <w:rPr>
                <w:color w:val="auto"/>
                <w:sz w:val="22"/>
                <w:szCs w:val="22"/>
                <w:lang w:val="es-ES"/>
              </w:rPr>
              <w:t xml:space="preserve"> </w:t>
            </w:r>
          </w:p>
        </w:tc>
      </w:tr>
      <w:tr w:rsidR="000A0076" w:rsidRPr="00A417D1" w:rsidTr="000A0076">
        <w:tc>
          <w:tcPr>
            <w:tcW w:w="2926" w:type="dxa"/>
          </w:tcPr>
          <w:p w:rsidR="000A0076" w:rsidRPr="00A417D1" w:rsidRDefault="000A0076">
            <w:pPr>
              <w:pStyle w:val="Ttulo2"/>
              <w:outlineLvl w:val="1"/>
              <w:rPr>
                <w:b w:val="0"/>
                <w:color w:val="auto"/>
                <w:sz w:val="22"/>
                <w:szCs w:val="22"/>
                <w:lang w:val="es-ES"/>
              </w:rPr>
            </w:pPr>
          </w:p>
          <w:p w:rsidR="000A0076" w:rsidRPr="00A417D1" w:rsidRDefault="000A0076" w:rsidP="000A0076">
            <w:pPr>
              <w:rPr>
                <w:rFonts w:asciiTheme="majorHAnsi" w:hAnsiTheme="majorHAnsi"/>
                <w:lang w:val="es-ES"/>
              </w:rPr>
            </w:pPr>
          </w:p>
        </w:tc>
        <w:tc>
          <w:tcPr>
            <w:tcW w:w="2927" w:type="dxa"/>
          </w:tcPr>
          <w:p w:rsidR="000A0076" w:rsidRPr="00A417D1" w:rsidRDefault="000A0076">
            <w:pPr>
              <w:pStyle w:val="Ttulo2"/>
              <w:outlineLvl w:val="1"/>
              <w:rPr>
                <w:b w:val="0"/>
                <w:color w:val="auto"/>
                <w:sz w:val="22"/>
                <w:szCs w:val="22"/>
                <w:lang w:val="es-ES"/>
              </w:rPr>
            </w:pPr>
          </w:p>
        </w:tc>
        <w:tc>
          <w:tcPr>
            <w:tcW w:w="2927" w:type="dxa"/>
          </w:tcPr>
          <w:p w:rsidR="000A0076" w:rsidRPr="00A417D1" w:rsidRDefault="000A0076">
            <w:pPr>
              <w:pStyle w:val="Ttulo2"/>
              <w:outlineLvl w:val="1"/>
              <w:rPr>
                <w:b w:val="0"/>
                <w:color w:val="auto"/>
                <w:sz w:val="22"/>
                <w:szCs w:val="22"/>
                <w:lang w:val="es-ES"/>
              </w:rPr>
            </w:pPr>
          </w:p>
        </w:tc>
      </w:tr>
    </w:tbl>
    <w:p w:rsidR="000A0076" w:rsidRPr="00A417D1" w:rsidRDefault="000A0076">
      <w:pPr>
        <w:pStyle w:val="Ttulo2"/>
        <w:rPr>
          <w:b w:val="0"/>
          <w:color w:val="auto"/>
          <w:sz w:val="22"/>
          <w:szCs w:val="22"/>
          <w:lang w:val="es-ES"/>
        </w:rPr>
      </w:pPr>
    </w:p>
    <w:tbl>
      <w:tblPr>
        <w:tblStyle w:val="Tablaconcuadrcula"/>
        <w:tblW w:w="0" w:type="auto"/>
        <w:tblLook w:val="04A0"/>
      </w:tblPr>
      <w:tblGrid>
        <w:gridCol w:w="8780"/>
      </w:tblGrid>
      <w:tr w:rsidR="000A0076" w:rsidRPr="0015558A" w:rsidTr="00826397">
        <w:tc>
          <w:tcPr>
            <w:tcW w:w="8780" w:type="dxa"/>
          </w:tcPr>
          <w:p w:rsidR="0015558A" w:rsidRPr="0015558A" w:rsidRDefault="009053DB" w:rsidP="0015558A">
            <w:pPr>
              <w:pStyle w:val="Ttulo2"/>
              <w:jc w:val="center"/>
              <w:outlineLvl w:val="1"/>
              <w:rPr>
                <w:color w:val="auto"/>
                <w:sz w:val="24"/>
                <w:szCs w:val="22"/>
                <w:lang w:val="es-ES"/>
              </w:rPr>
            </w:pPr>
            <w:proofErr w:type="spellStart"/>
            <w:r w:rsidRPr="00A417D1">
              <w:rPr>
                <w:color w:val="auto"/>
                <w:sz w:val="24"/>
                <w:szCs w:val="22"/>
                <w:lang w:val="es-ES"/>
              </w:rPr>
              <w:t>Lloc</w:t>
            </w:r>
            <w:proofErr w:type="spellEnd"/>
            <w:r w:rsidR="000A0076" w:rsidRPr="00A417D1">
              <w:rPr>
                <w:color w:val="auto"/>
                <w:sz w:val="24"/>
                <w:szCs w:val="22"/>
                <w:lang w:val="es-ES"/>
              </w:rPr>
              <w:t xml:space="preserve"> de la </w:t>
            </w:r>
            <w:proofErr w:type="spellStart"/>
            <w:r w:rsidR="000A0076" w:rsidRPr="00A417D1">
              <w:rPr>
                <w:color w:val="auto"/>
                <w:sz w:val="24"/>
                <w:szCs w:val="22"/>
                <w:lang w:val="es-ES"/>
              </w:rPr>
              <w:t>mobilitat</w:t>
            </w:r>
            <w:proofErr w:type="spellEnd"/>
            <w:r w:rsidR="000A0076" w:rsidRPr="00A417D1">
              <w:rPr>
                <w:color w:val="auto"/>
                <w:sz w:val="24"/>
                <w:szCs w:val="22"/>
                <w:lang w:val="es-ES"/>
              </w:rPr>
              <w:t xml:space="preserve"> </w:t>
            </w:r>
            <w:proofErr w:type="spellStart"/>
            <w:r w:rsidR="000A0076" w:rsidRPr="00A417D1">
              <w:rPr>
                <w:color w:val="auto"/>
                <w:sz w:val="24"/>
                <w:szCs w:val="22"/>
                <w:lang w:val="es-ES"/>
              </w:rPr>
              <w:t>proposada</w:t>
            </w:r>
            <w:proofErr w:type="spellEnd"/>
          </w:p>
        </w:tc>
      </w:tr>
      <w:tr w:rsidR="000A0076" w:rsidRPr="0015558A" w:rsidTr="000A0076">
        <w:trPr>
          <w:trHeight w:val="836"/>
        </w:trPr>
        <w:tc>
          <w:tcPr>
            <w:tcW w:w="8780" w:type="dxa"/>
          </w:tcPr>
          <w:p w:rsidR="00C37E57" w:rsidRPr="00A417D1" w:rsidRDefault="00C37E57" w:rsidP="009053DB">
            <w:pPr>
              <w:rPr>
                <w:rFonts w:asciiTheme="majorHAnsi" w:hAnsiTheme="majorHAnsi"/>
                <w:b/>
                <w:lang w:val="es-ES"/>
              </w:rPr>
            </w:pPr>
          </w:p>
          <w:p w:rsidR="000A0076" w:rsidRPr="00A417D1" w:rsidRDefault="008A03A8" w:rsidP="009053DB">
            <w:pPr>
              <w:rPr>
                <w:rFonts w:asciiTheme="majorHAnsi" w:hAnsiTheme="majorHAnsi"/>
                <w:b/>
                <w:lang w:val="es-ES"/>
              </w:rPr>
            </w:pPr>
            <w:r w:rsidRPr="00A417D1">
              <w:rPr>
                <w:rFonts w:asciiTheme="majorHAnsi" w:hAnsiTheme="majorHAnsi"/>
                <w:b/>
                <w:lang w:val="es-ES"/>
              </w:rPr>
              <w:t>1</w:t>
            </w:r>
            <w:r w:rsidR="009053DB" w:rsidRPr="00A417D1">
              <w:rPr>
                <w:rFonts w:asciiTheme="majorHAnsi" w:hAnsiTheme="majorHAnsi"/>
                <w:b/>
                <w:lang w:val="es-ES"/>
              </w:rPr>
              <w:t xml:space="preserve">. </w:t>
            </w:r>
            <w:proofErr w:type="spellStart"/>
            <w:r w:rsidR="009053DB" w:rsidRPr="00A417D1">
              <w:rPr>
                <w:rFonts w:asciiTheme="majorHAnsi" w:hAnsiTheme="majorHAnsi"/>
                <w:b/>
                <w:lang w:val="es-ES"/>
              </w:rPr>
              <w:t>Institució</w:t>
            </w:r>
            <w:proofErr w:type="spellEnd"/>
            <w:r w:rsidR="009053DB" w:rsidRPr="00A417D1">
              <w:rPr>
                <w:rFonts w:asciiTheme="majorHAnsi" w:hAnsiTheme="majorHAnsi"/>
                <w:b/>
                <w:lang w:val="es-ES"/>
              </w:rPr>
              <w:t xml:space="preserve"> </w:t>
            </w:r>
            <w:proofErr w:type="spellStart"/>
            <w:r w:rsidR="009053DB" w:rsidRPr="00A417D1">
              <w:rPr>
                <w:rFonts w:asciiTheme="majorHAnsi" w:hAnsiTheme="majorHAnsi"/>
                <w:b/>
                <w:lang w:val="es-ES"/>
              </w:rPr>
              <w:t>d’acollida</w:t>
            </w:r>
            <w:proofErr w:type="spellEnd"/>
            <w:r w:rsidR="009053DB" w:rsidRPr="00A417D1">
              <w:rPr>
                <w:rFonts w:asciiTheme="majorHAnsi" w:hAnsiTheme="majorHAnsi"/>
                <w:b/>
                <w:lang w:val="es-ES"/>
              </w:rPr>
              <w:t xml:space="preserve"> o </w:t>
            </w:r>
            <w:proofErr w:type="spellStart"/>
            <w:r w:rsidR="009053DB" w:rsidRPr="00A417D1">
              <w:rPr>
                <w:rFonts w:asciiTheme="majorHAnsi" w:hAnsiTheme="majorHAnsi"/>
                <w:b/>
                <w:lang w:val="es-ES"/>
              </w:rPr>
              <w:t>organitzadora</w:t>
            </w:r>
            <w:proofErr w:type="spellEnd"/>
            <w:r w:rsidR="009053DB" w:rsidRPr="00A417D1">
              <w:rPr>
                <w:rFonts w:asciiTheme="majorHAnsi" w:hAnsiTheme="majorHAnsi"/>
                <w:b/>
                <w:lang w:val="es-ES"/>
              </w:rPr>
              <w:t xml:space="preserve"> de </w:t>
            </w:r>
            <w:proofErr w:type="spellStart"/>
            <w:r w:rsidR="009053DB" w:rsidRPr="00A417D1">
              <w:rPr>
                <w:rFonts w:asciiTheme="majorHAnsi" w:hAnsiTheme="majorHAnsi"/>
                <w:b/>
                <w:lang w:val="es-ES"/>
              </w:rPr>
              <w:t>l’activitat</w:t>
            </w:r>
            <w:proofErr w:type="spellEnd"/>
            <w:r w:rsidR="009053DB" w:rsidRPr="00A417D1">
              <w:rPr>
                <w:rFonts w:asciiTheme="majorHAnsi" w:hAnsiTheme="majorHAnsi"/>
                <w:b/>
                <w:lang w:val="es-ES"/>
              </w:rPr>
              <w:t>:</w:t>
            </w:r>
          </w:p>
        </w:tc>
      </w:tr>
      <w:tr w:rsidR="000A0076" w:rsidRPr="00A417D1" w:rsidTr="000A0076">
        <w:trPr>
          <w:trHeight w:val="836"/>
        </w:trPr>
        <w:tc>
          <w:tcPr>
            <w:tcW w:w="8780" w:type="dxa"/>
          </w:tcPr>
          <w:p w:rsidR="009053DB" w:rsidRPr="00A417D1" w:rsidRDefault="008A03A8" w:rsidP="009053DB">
            <w:pPr>
              <w:pStyle w:val="Ttulo2"/>
              <w:outlineLvl w:val="1"/>
              <w:rPr>
                <w:color w:val="auto"/>
                <w:sz w:val="22"/>
                <w:szCs w:val="22"/>
                <w:lang w:val="es-ES"/>
              </w:rPr>
            </w:pPr>
            <w:r w:rsidRPr="00A417D1">
              <w:rPr>
                <w:color w:val="auto"/>
                <w:sz w:val="22"/>
                <w:szCs w:val="22"/>
                <w:lang w:val="es-ES"/>
              </w:rPr>
              <w:t>2</w:t>
            </w:r>
            <w:r w:rsidR="009053DB" w:rsidRPr="00A417D1">
              <w:rPr>
                <w:color w:val="auto"/>
                <w:sz w:val="22"/>
                <w:szCs w:val="22"/>
                <w:lang w:val="es-ES"/>
              </w:rPr>
              <w:t>. País/</w:t>
            </w:r>
            <w:proofErr w:type="spellStart"/>
            <w:r w:rsidR="009053DB" w:rsidRPr="00A417D1">
              <w:rPr>
                <w:color w:val="auto"/>
                <w:sz w:val="22"/>
                <w:szCs w:val="22"/>
                <w:lang w:val="es-ES"/>
              </w:rPr>
              <w:t>Estat</w:t>
            </w:r>
            <w:proofErr w:type="spellEnd"/>
            <w:r w:rsidR="009053DB" w:rsidRPr="00A417D1">
              <w:rPr>
                <w:color w:val="auto"/>
                <w:sz w:val="22"/>
                <w:szCs w:val="22"/>
                <w:lang w:val="es-ES"/>
              </w:rPr>
              <w:t>:</w:t>
            </w:r>
          </w:p>
          <w:p w:rsidR="000A0076" w:rsidRPr="00A417D1" w:rsidRDefault="000A0076" w:rsidP="009053DB">
            <w:pPr>
              <w:pStyle w:val="Ttulo2"/>
              <w:outlineLvl w:val="1"/>
              <w:rPr>
                <w:b w:val="0"/>
                <w:color w:val="auto"/>
                <w:sz w:val="22"/>
                <w:szCs w:val="22"/>
                <w:lang w:val="es-ES"/>
              </w:rPr>
            </w:pPr>
          </w:p>
        </w:tc>
      </w:tr>
      <w:tr w:rsidR="000A0076" w:rsidRPr="0015558A" w:rsidTr="000A0076">
        <w:trPr>
          <w:trHeight w:val="70"/>
        </w:trPr>
        <w:tc>
          <w:tcPr>
            <w:tcW w:w="8780" w:type="dxa"/>
          </w:tcPr>
          <w:p w:rsidR="009053DB" w:rsidRPr="00A417D1" w:rsidRDefault="008A03A8" w:rsidP="009053DB">
            <w:pPr>
              <w:pStyle w:val="Ttulo2"/>
              <w:outlineLvl w:val="1"/>
              <w:rPr>
                <w:color w:val="auto"/>
                <w:sz w:val="22"/>
                <w:szCs w:val="22"/>
                <w:lang w:val="es-ES"/>
              </w:rPr>
            </w:pPr>
            <w:r w:rsidRPr="00A417D1">
              <w:rPr>
                <w:color w:val="auto"/>
                <w:sz w:val="22"/>
                <w:szCs w:val="22"/>
                <w:lang w:val="es-ES"/>
              </w:rPr>
              <w:t>3</w:t>
            </w:r>
            <w:r w:rsidR="009053DB" w:rsidRPr="00A417D1">
              <w:rPr>
                <w:color w:val="auto"/>
                <w:sz w:val="22"/>
                <w:szCs w:val="22"/>
                <w:lang w:val="es-ES"/>
              </w:rPr>
              <w:t xml:space="preserve">. Contacte a la </w:t>
            </w:r>
            <w:proofErr w:type="spellStart"/>
            <w:r w:rsidR="009053DB" w:rsidRPr="00A417D1">
              <w:rPr>
                <w:color w:val="auto"/>
                <w:sz w:val="22"/>
                <w:szCs w:val="22"/>
                <w:lang w:val="es-ES"/>
              </w:rPr>
              <w:t>institució</w:t>
            </w:r>
            <w:proofErr w:type="spellEnd"/>
            <w:r w:rsidR="009053DB" w:rsidRPr="00A417D1">
              <w:rPr>
                <w:color w:val="auto"/>
                <w:sz w:val="22"/>
                <w:szCs w:val="22"/>
                <w:lang w:val="es-ES"/>
              </w:rPr>
              <w:t xml:space="preserve"> </w:t>
            </w:r>
            <w:proofErr w:type="spellStart"/>
            <w:r w:rsidR="009053DB" w:rsidRPr="00A417D1">
              <w:rPr>
                <w:color w:val="auto"/>
                <w:sz w:val="22"/>
                <w:szCs w:val="22"/>
                <w:lang w:val="es-ES"/>
              </w:rPr>
              <w:t>d’acollida</w:t>
            </w:r>
            <w:proofErr w:type="spellEnd"/>
            <w:r w:rsidR="009053DB" w:rsidRPr="00A417D1">
              <w:rPr>
                <w:color w:val="auto"/>
                <w:sz w:val="22"/>
                <w:szCs w:val="22"/>
                <w:lang w:val="es-ES"/>
              </w:rPr>
              <w:t xml:space="preserve"> i </w:t>
            </w:r>
            <w:proofErr w:type="spellStart"/>
            <w:r w:rsidR="009053DB" w:rsidRPr="00A417D1">
              <w:rPr>
                <w:color w:val="auto"/>
                <w:sz w:val="22"/>
                <w:szCs w:val="22"/>
                <w:lang w:val="es-ES"/>
              </w:rPr>
              <w:t>càrrec</w:t>
            </w:r>
            <w:proofErr w:type="spellEnd"/>
            <w:r w:rsidR="009053DB" w:rsidRPr="00A417D1">
              <w:rPr>
                <w:color w:val="auto"/>
                <w:sz w:val="22"/>
                <w:szCs w:val="22"/>
                <w:lang w:val="es-ES"/>
              </w:rPr>
              <w:t xml:space="preserve"> (responsable de </w:t>
            </w:r>
            <w:proofErr w:type="spellStart"/>
            <w:r w:rsidR="009053DB" w:rsidRPr="00A417D1">
              <w:rPr>
                <w:color w:val="auto"/>
                <w:sz w:val="22"/>
                <w:szCs w:val="22"/>
                <w:lang w:val="es-ES"/>
              </w:rPr>
              <w:t>mobilitat</w:t>
            </w:r>
            <w:proofErr w:type="spellEnd"/>
            <w:r w:rsidR="009053DB" w:rsidRPr="00A417D1">
              <w:rPr>
                <w:color w:val="auto"/>
                <w:sz w:val="22"/>
                <w:szCs w:val="22"/>
                <w:lang w:val="es-ES"/>
              </w:rPr>
              <w:t xml:space="preserve">, </w:t>
            </w:r>
            <w:proofErr w:type="spellStart"/>
            <w:r w:rsidR="009053DB" w:rsidRPr="00A417D1">
              <w:rPr>
                <w:color w:val="auto"/>
                <w:sz w:val="22"/>
                <w:szCs w:val="22"/>
                <w:lang w:val="es-ES"/>
              </w:rPr>
              <w:t>cap</w:t>
            </w:r>
            <w:proofErr w:type="spellEnd"/>
            <w:r w:rsidR="009053DB" w:rsidRPr="00A417D1">
              <w:rPr>
                <w:color w:val="auto"/>
                <w:sz w:val="22"/>
                <w:szCs w:val="22"/>
                <w:lang w:val="es-ES"/>
              </w:rPr>
              <w:t xml:space="preserve"> de </w:t>
            </w:r>
            <w:proofErr w:type="spellStart"/>
            <w:r w:rsidR="009053DB" w:rsidRPr="00A417D1">
              <w:rPr>
                <w:color w:val="auto"/>
                <w:sz w:val="22"/>
                <w:szCs w:val="22"/>
                <w:lang w:val="es-ES"/>
              </w:rPr>
              <w:t>departament</w:t>
            </w:r>
            <w:proofErr w:type="spellEnd"/>
            <w:r w:rsidR="009053DB" w:rsidRPr="00A417D1">
              <w:rPr>
                <w:color w:val="auto"/>
                <w:sz w:val="22"/>
                <w:szCs w:val="22"/>
                <w:lang w:val="es-ES"/>
              </w:rPr>
              <w:t>…)</w:t>
            </w:r>
          </w:p>
          <w:p w:rsidR="008A03A8" w:rsidRPr="00A417D1" w:rsidRDefault="008A03A8" w:rsidP="008A03A8">
            <w:pPr>
              <w:rPr>
                <w:rFonts w:asciiTheme="majorHAnsi" w:hAnsiTheme="majorHAnsi"/>
                <w:lang w:val="es-ES"/>
              </w:rPr>
            </w:pPr>
          </w:p>
          <w:p w:rsidR="008A03A8" w:rsidRPr="00A417D1" w:rsidRDefault="008A03A8" w:rsidP="008A03A8">
            <w:pPr>
              <w:rPr>
                <w:rFonts w:asciiTheme="majorHAnsi" w:hAnsiTheme="majorHAnsi"/>
                <w:lang w:val="es-ES"/>
              </w:rPr>
            </w:pPr>
          </w:p>
          <w:p w:rsidR="008A03A8" w:rsidRPr="00A417D1" w:rsidRDefault="008A03A8" w:rsidP="008A03A8">
            <w:pPr>
              <w:rPr>
                <w:rFonts w:asciiTheme="majorHAnsi" w:hAnsiTheme="majorHAnsi"/>
                <w:lang w:val="es-ES"/>
              </w:rPr>
            </w:pPr>
          </w:p>
          <w:p w:rsidR="008A03A8" w:rsidRPr="00A417D1" w:rsidRDefault="008A03A8" w:rsidP="008A03A8">
            <w:pPr>
              <w:rPr>
                <w:rFonts w:asciiTheme="majorHAnsi" w:hAnsiTheme="majorHAnsi"/>
                <w:lang w:val="es-ES"/>
              </w:rPr>
            </w:pPr>
          </w:p>
          <w:p w:rsidR="008A03A8" w:rsidRPr="00A417D1" w:rsidRDefault="008A03A8" w:rsidP="008A03A8">
            <w:pPr>
              <w:rPr>
                <w:rFonts w:asciiTheme="majorHAnsi" w:hAnsiTheme="majorHAnsi"/>
                <w:lang w:val="es-ES"/>
              </w:rPr>
            </w:pPr>
          </w:p>
        </w:tc>
      </w:tr>
    </w:tbl>
    <w:p w:rsidR="009053DB" w:rsidRPr="00A417D1" w:rsidRDefault="009053DB">
      <w:pPr>
        <w:rPr>
          <w:rFonts w:asciiTheme="majorHAnsi" w:eastAsiaTheme="majorEastAsia" w:hAnsiTheme="majorHAnsi" w:cstheme="majorBidi"/>
          <w:bCs/>
          <w:lang w:val="es-ES"/>
        </w:rPr>
      </w:pPr>
    </w:p>
    <w:p w:rsidR="008A03A8" w:rsidRDefault="008A03A8">
      <w:pPr>
        <w:rPr>
          <w:rFonts w:asciiTheme="majorHAnsi" w:hAnsiTheme="majorHAnsi"/>
          <w:lang w:val="es-ES"/>
        </w:rPr>
      </w:pPr>
    </w:p>
    <w:p w:rsidR="00A417D1" w:rsidRPr="00A417D1" w:rsidRDefault="00A417D1">
      <w:pPr>
        <w:rPr>
          <w:rFonts w:asciiTheme="majorHAnsi" w:hAnsiTheme="majorHAnsi"/>
          <w:lang w:val="es-ES"/>
        </w:rPr>
      </w:pPr>
    </w:p>
    <w:p w:rsidR="00A417D1" w:rsidRPr="00A417D1" w:rsidRDefault="00A417D1">
      <w:pPr>
        <w:rPr>
          <w:rFonts w:asciiTheme="majorHAnsi" w:hAnsiTheme="majorHAnsi"/>
          <w:lang w:val="es-ES"/>
        </w:rPr>
      </w:pPr>
    </w:p>
    <w:tbl>
      <w:tblPr>
        <w:tblStyle w:val="Tablaconcuadrcula"/>
        <w:tblW w:w="0" w:type="auto"/>
        <w:tblLook w:val="04A0"/>
      </w:tblPr>
      <w:tblGrid>
        <w:gridCol w:w="8780"/>
      </w:tblGrid>
      <w:tr w:rsidR="009053DB" w:rsidRPr="0015558A" w:rsidTr="009053DB">
        <w:tc>
          <w:tcPr>
            <w:tcW w:w="8780" w:type="dxa"/>
          </w:tcPr>
          <w:p w:rsidR="009053DB" w:rsidRPr="00A417D1" w:rsidRDefault="009053DB" w:rsidP="009053DB">
            <w:pPr>
              <w:jc w:val="center"/>
              <w:rPr>
                <w:rFonts w:asciiTheme="majorHAnsi" w:hAnsiTheme="majorHAnsi"/>
                <w:b/>
                <w:lang w:val="es-ES"/>
              </w:rPr>
            </w:pPr>
            <w:proofErr w:type="spellStart"/>
            <w:r w:rsidRPr="00A417D1">
              <w:rPr>
                <w:rFonts w:asciiTheme="majorHAnsi" w:hAnsiTheme="majorHAnsi"/>
                <w:b/>
                <w:sz w:val="24"/>
                <w:lang w:val="es-ES"/>
              </w:rPr>
              <w:t>Dades</w:t>
            </w:r>
            <w:proofErr w:type="spellEnd"/>
            <w:r w:rsidRPr="00A417D1">
              <w:rPr>
                <w:rFonts w:asciiTheme="majorHAnsi" w:hAnsiTheme="majorHAnsi"/>
                <w:b/>
                <w:sz w:val="24"/>
                <w:lang w:val="es-ES"/>
              </w:rPr>
              <w:t xml:space="preserve"> de la </w:t>
            </w:r>
            <w:proofErr w:type="spellStart"/>
            <w:r w:rsidRPr="00A417D1">
              <w:rPr>
                <w:rFonts w:asciiTheme="majorHAnsi" w:hAnsiTheme="majorHAnsi"/>
                <w:b/>
                <w:sz w:val="24"/>
                <w:lang w:val="es-ES"/>
              </w:rPr>
              <w:t>mobilitat</w:t>
            </w:r>
            <w:proofErr w:type="spellEnd"/>
            <w:r w:rsidRPr="00A417D1">
              <w:rPr>
                <w:rFonts w:asciiTheme="majorHAnsi" w:hAnsiTheme="majorHAnsi"/>
                <w:b/>
                <w:sz w:val="24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b/>
                <w:sz w:val="24"/>
                <w:lang w:val="es-ES"/>
              </w:rPr>
              <w:t>proposada</w:t>
            </w:r>
            <w:proofErr w:type="spellEnd"/>
          </w:p>
        </w:tc>
      </w:tr>
      <w:tr w:rsidR="009053DB" w:rsidRPr="0015558A" w:rsidTr="009053DB">
        <w:tc>
          <w:tcPr>
            <w:tcW w:w="8780" w:type="dxa"/>
          </w:tcPr>
          <w:p w:rsidR="009053DB" w:rsidRPr="00A417D1" w:rsidRDefault="009053DB" w:rsidP="009053DB">
            <w:pPr>
              <w:rPr>
                <w:rFonts w:asciiTheme="majorHAnsi" w:hAnsiTheme="majorHAnsi"/>
                <w:lang w:val="es-ES"/>
              </w:rPr>
            </w:pPr>
            <w:r w:rsidRPr="00A417D1">
              <w:rPr>
                <w:rFonts w:asciiTheme="majorHAnsi" w:hAnsiTheme="majorHAnsi"/>
                <w:b/>
                <w:lang w:val="es-ES"/>
              </w:rPr>
              <w:t xml:space="preserve">1.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Tipus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de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mobilitat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(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marqueu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una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opció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): </w:t>
            </w:r>
            <w:r w:rsidRPr="00A417D1">
              <w:rPr>
                <w:rFonts w:asciiTheme="majorHAnsi"/>
                <w:lang w:val="es-ES"/>
              </w:rPr>
              <w:t>☐</w:t>
            </w:r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Docència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    </w:t>
            </w:r>
            <w:r w:rsidRPr="00A417D1">
              <w:rPr>
                <w:rFonts w:asciiTheme="majorHAnsi"/>
                <w:lang w:val="es-ES"/>
              </w:rPr>
              <w:t>☐</w:t>
            </w:r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Formació</w:t>
            </w:r>
            <w:proofErr w:type="spellEnd"/>
          </w:p>
          <w:p w:rsidR="009053DB" w:rsidRPr="00A417D1" w:rsidRDefault="009053DB" w:rsidP="009053DB">
            <w:pPr>
              <w:jc w:val="center"/>
              <w:rPr>
                <w:rFonts w:asciiTheme="majorHAnsi" w:hAnsiTheme="majorHAnsi"/>
                <w:lang w:val="es-ES"/>
              </w:rPr>
            </w:pPr>
          </w:p>
        </w:tc>
      </w:tr>
      <w:tr w:rsidR="009053DB" w:rsidRPr="0015558A" w:rsidTr="009053DB">
        <w:tc>
          <w:tcPr>
            <w:tcW w:w="8780" w:type="dxa"/>
          </w:tcPr>
          <w:p w:rsidR="009053DB" w:rsidRPr="00A417D1" w:rsidRDefault="009053DB">
            <w:pPr>
              <w:rPr>
                <w:rFonts w:asciiTheme="majorHAnsi" w:hAnsiTheme="majorHAnsi"/>
                <w:b/>
                <w:lang w:val="es-ES"/>
              </w:rPr>
            </w:pPr>
            <w:r w:rsidRPr="00A417D1">
              <w:rPr>
                <w:rFonts w:asciiTheme="majorHAnsi" w:hAnsiTheme="majorHAnsi"/>
                <w:b/>
                <w:lang w:val="es-ES"/>
              </w:rPr>
              <w:t xml:space="preserve">2.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Títol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del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curs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o de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l’activitat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>:</w:t>
            </w:r>
          </w:p>
          <w:p w:rsidR="00763660" w:rsidRPr="00A417D1" w:rsidRDefault="00763660">
            <w:pPr>
              <w:rPr>
                <w:rFonts w:asciiTheme="majorHAnsi" w:hAnsiTheme="majorHAnsi"/>
                <w:b/>
                <w:lang w:val="es-ES"/>
              </w:rPr>
            </w:pPr>
          </w:p>
          <w:p w:rsidR="00763660" w:rsidRPr="00A417D1" w:rsidRDefault="00763660">
            <w:pPr>
              <w:rPr>
                <w:rFonts w:asciiTheme="majorHAnsi" w:hAnsiTheme="majorHAnsi"/>
                <w:b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b/>
                <w:lang w:val="es-ES"/>
              </w:rPr>
            </w:pPr>
          </w:p>
        </w:tc>
      </w:tr>
      <w:tr w:rsidR="009053DB" w:rsidRPr="0015558A" w:rsidTr="009053DB">
        <w:tc>
          <w:tcPr>
            <w:tcW w:w="8780" w:type="dxa"/>
          </w:tcPr>
          <w:p w:rsidR="009053DB" w:rsidRPr="00A417D1" w:rsidRDefault="009053DB" w:rsidP="009053DB">
            <w:pPr>
              <w:rPr>
                <w:rFonts w:asciiTheme="majorHAnsi" w:hAnsiTheme="majorHAnsi"/>
                <w:b/>
                <w:lang w:val="es-ES"/>
              </w:rPr>
            </w:pPr>
            <w:r w:rsidRPr="00A417D1">
              <w:rPr>
                <w:rFonts w:asciiTheme="majorHAnsi" w:hAnsiTheme="majorHAnsi"/>
                <w:b/>
                <w:lang w:val="es-ES"/>
              </w:rPr>
              <w:t xml:space="preserve">3.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Objectius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de la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realització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del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curs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o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activitat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>:</w:t>
            </w: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763660" w:rsidRPr="00A417D1" w:rsidRDefault="00763660">
            <w:pPr>
              <w:rPr>
                <w:rFonts w:asciiTheme="majorHAnsi" w:hAnsiTheme="majorHAnsi"/>
                <w:lang w:val="es-ES"/>
              </w:rPr>
            </w:pPr>
          </w:p>
          <w:p w:rsidR="00763660" w:rsidRPr="00A417D1" w:rsidRDefault="00763660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763660" w:rsidRPr="00A417D1" w:rsidRDefault="00763660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</w:tc>
      </w:tr>
      <w:tr w:rsidR="009053DB" w:rsidRPr="0015558A" w:rsidTr="009053DB">
        <w:tc>
          <w:tcPr>
            <w:tcW w:w="8780" w:type="dxa"/>
          </w:tcPr>
          <w:p w:rsidR="009053DB" w:rsidRPr="00A417D1" w:rsidRDefault="009053DB" w:rsidP="009053DB">
            <w:pPr>
              <w:rPr>
                <w:rFonts w:asciiTheme="majorHAnsi" w:hAnsiTheme="majorHAnsi"/>
                <w:b/>
                <w:lang w:val="es-ES"/>
              </w:rPr>
            </w:pPr>
            <w:r w:rsidRPr="00A417D1">
              <w:rPr>
                <w:rFonts w:asciiTheme="majorHAnsi" w:hAnsiTheme="majorHAnsi"/>
                <w:b/>
                <w:lang w:val="es-ES"/>
              </w:rPr>
              <w:t xml:space="preserve">4.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Breu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descripció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dels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continguts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del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curs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o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activitat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>:</w:t>
            </w: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763660" w:rsidRPr="00A417D1" w:rsidRDefault="00763660">
            <w:pPr>
              <w:rPr>
                <w:rFonts w:asciiTheme="majorHAnsi" w:hAnsiTheme="majorHAnsi"/>
                <w:lang w:val="es-ES"/>
              </w:rPr>
            </w:pPr>
          </w:p>
          <w:p w:rsidR="00763660" w:rsidRPr="00A417D1" w:rsidRDefault="00763660">
            <w:pPr>
              <w:rPr>
                <w:rFonts w:asciiTheme="majorHAnsi" w:hAnsiTheme="majorHAnsi"/>
                <w:lang w:val="es-ES"/>
              </w:rPr>
            </w:pPr>
          </w:p>
          <w:p w:rsidR="00763660" w:rsidRPr="00A417D1" w:rsidRDefault="00763660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</w:tc>
      </w:tr>
      <w:tr w:rsidR="009053DB" w:rsidRPr="0015558A" w:rsidTr="009053DB">
        <w:tc>
          <w:tcPr>
            <w:tcW w:w="8780" w:type="dxa"/>
          </w:tcPr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  <w:r w:rsidRPr="00A417D1">
              <w:rPr>
                <w:rFonts w:asciiTheme="majorHAnsi" w:hAnsiTheme="majorHAnsi"/>
                <w:b/>
                <w:lang w:val="es-ES"/>
              </w:rPr>
              <w:t xml:space="preserve">5.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Descripció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sobre la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transferència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de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coneixements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adquirits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(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com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es </w:t>
            </w:r>
            <w:proofErr w:type="spellStart"/>
            <w:r w:rsidR="00354A5E" w:rsidRPr="00A417D1">
              <w:rPr>
                <w:rFonts w:asciiTheme="majorHAnsi" w:hAnsiTheme="majorHAnsi"/>
                <w:lang w:val="es-ES"/>
              </w:rPr>
              <w:t>compartiran</w:t>
            </w:r>
            <w:proofErr w:type="spellEnd"/>
            <w:r w:rsidR="00354A5E"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="00354A5E" w:rsidRPr="00A417D1">
              <w:rPr>
                <w:rFonts w:asciiTheme="majorHAnsi" w:hAnsiTheme="majorHAnsi"/>
                <w:lang w:val="es-ES"/>
              </w:rPr>
              <w:t>amb</w:t>
            </w:r>
            <w:proofErr w:type="spellEnd"/>
            <w:r w:rsidR="00354A5E"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="00354A5E" w:rsidRPr="00A417D1">
              <w:rPr>
                <w:rFonts w:asciiTheme="majorHAnsi" w:hAnsiTheme="majorHAnsi"/>
                <w:lang w:val="es-ES"/>
              </w:rPr>
              <w:t>l’alumnat</w:t>
            </w:r>
            <w:proofErr w:type="spellEnd"/>
            <w:r w:rsidR="00354A5E" w:rsidRPr="00A417D1">
              <w:rPr>
                <w:rFonts w:asciiTheme="majorHAnsi" w:hAnsiTheme="majorHAnsi"/>
                <w:lang w:val="es-ES"/>
              </w:rPr>
              <w:t xml:space="preserve">/ </w:t>
            </w:r>
            <w:proofErr w:type="spellStart"/>
            <w:r w:rsidR="00354A5E" w:rsidRPr="00A417D1">
              <w:rPr>
                <w:rFonts w:asciiTheme="majorHAnsi" w:hAnsiTheme="majorHAnsi"/>
                <w:lang w:val="es-ES"/>
              </w:rPr>
              <w:t>docents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>/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departaments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>):</w:t>
            </w: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  <w:p w:rsidR="00763660" w:rsidRPr="00A417D1" w:rsidRDefault="00763660">
            <w:pPr>
              <w:rPr>
                <w:rFonts w:asciiTheme="majorHAnsi" w:hAnsiTheme="majorHAnsi"/>
                <w:lang w:val="es-ES"/>
              </w:rPr>
            </w:pPr>
          </w:p>
          <w:p w:rsidR="00763660" w:rsidRPr="00A417D1" w:rsidRDefault="00763660">
            <w:pPr>
              <w:rPr>
                <w:rFonts w:asciiTheme="majorHAnsi" w:hAnsiTheme="majorHAnsi"/>
                <w:lang w:val="es-ES"/>
              </w:rPr>
            </w:pPr>
          </w:p>
          <w:p w:rsidR="00763660" w:rsidRPr="00A417D1" w:rsidRDefault="00763660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</w:tc>
      </w:tr>
      <w:tr w:rsidR="009053DB" w:rsidRPr="0015558A" w:rsidTr="009053DB">
        <w:tc>
          <w:tcPr>
            <w:tcW w:w="8780" w:type="dxa"/>
          </w:tcPr>
          <w:p w:rsidR="009053DB" w:rsidRPr="00A417D1" w:rsidRDefault="009053DB" w:rsidP="009053DB">
            <w:pPr>
              <w:rPr>
                <w:rFonts w:asciiTheme="majorHAnsi" w:hAnsiTheme="majorHAnsi"/>
                <w:lang w:val="es-ES"/>
              </w:rPr>
            </w:pPr>
            <w:r w:rsidRPr="00A417D1">
              <w:rPr>
                <w:rFonts w:asciiTheme="majorHAnsi" w:hAnsiTheme="majorHAnsi"/>
                <w:b/>
                <w:lang w:val="es-ES"/>
              </w:rPr>
              <w:t xml:space="preserve">8.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Vinculació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amb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la recerca</w:t>
            </w:r>
            <w:r w:rsidRPr="00A417D1">
              <w:rPr>
                <w:rFonts w:asciiTheme="majorHAnsi" w:hAnsiTheme="majorHAnsi"/>
                <w:lang w:val="es-ES"/>
              </w:rPr>
              <w:t xml:space="preserve"> (si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escau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>):</w:t>
            </w:r>
          </w:p>
          <w:p w:rsidR="009053DB" w:rsidRPr="00A417D1" w:rsidRDefault="009053DB" w:rsidP="009053DB">
            <w:pPr>
              <w:rPr>
                <w:rFonts w:asciiTheme="majorHAnsi" w:hAnsiTheme="majorHAnsi"/>
                <w:lang w:val="es-ES"/>
              </w:rPr>
            </w:pPr>
            <w:r w:rsidRPr="00A417D1">
              <w:rPr>
                <w:rFonts w:asciiTheme="majorHAnsi" w:hAnsiTheme="majorHAnsi"/>
                <w:b/>
                <w:lang w:val="es-ES"/>
              </w:rPr>
              <w:t xml:space="preserve">   </w:t>
            </w:r>
            <w:r w:rsidRPr="00A417D1">
              <w:rPr>
                <w:rFonts w:asciiTheme="majorHAnsi"/>
                <w:b/>
                <w:lang w:val="es-ES"/>
              </w:rPr>
              <w:t>☐</w:t>
            </w:r>
            <w:r w:rsidRPr="00A417D1">
              <w:rPr>
                <w:rFonts w:asciiTheme="majorHAnsi" w:hAnsiTheme="majorHAnsi"/>
                <w:b/>
                <w:lang w:val="es-ES"/>
              </w:rPr>
              <w:t xml:space="preserve"> Sí    </w:t>
            </w:r>
            <w:r w:rsidRPr="00A417D1">
              <w:rPr>
                <w:rFonts w:asciiTheme="majorHAnsi"/>
                <w:b/>
                <w:lang w:val="es-ES"/>
              </w:rPr>
              <w:t>☐</w:t>
            </w:r>
            <w:r w:rsidRPr="00A417D1">
              <w:rPr>
                <w:rFonts w:asciiTheme="majorHAnsi" w:hAnsiTheme="majorHAnsi"/>
                <w:b/>
                <w:lang w:val="es-ES"/>
              </w:rPr>
              <w:t xml:space="preserve"> No</w:t>
            </w:r>
            <w:r w:rsidRPr="00A417D1">
              <w:rPr>
                <w:rFonts w:asciiTheme="majorHAnsi" w:hAnsiTheme="majorHAnsi"/>
                <w:lang w:val="es-ES"/>
              </w:rPr>
              <w:t xml:space="preserve">     Si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és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afirmatiu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,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descriviu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breument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>:</w:t>
            </w:r>
          </w:p>
          <w:p w:rsidR="009053DB" w:rsidRPr="00A417D1" w:rsidRDefault="009053DB" w:rsidP="009053DB">
            <w:pPr>
              <w:rPr>
                <w:rFonts w:asciiTheme="majorHAnsi" w:hAnsiTheme="majorHAnsi"/>
                <w:lang w:val="es-ES"/>
              </w:rPr>
            </w:pPr>
          </w:p>
          <w:p w:rsidR="009053DB" w:rsidRPr="00A417D1" w:rsidRDefault="009053DB" w:rsidP="009053DB">
            <w:pPr>
              <w:rPr>
                <w:rFonts w:asciiTheme="majorHAnsi" w:hAnsiTheme="majorHAnsi"/>
                <w:lang w:val="es-ES"/>
              </w:rPr>
            </w:pPr>
          </w:p>
          <w:p w:rsidR="00763660" w:rsidRPr="00A417D1" w:rsidRDefault="00763660" w:rsidP="009053DB">
            <w:pPr>
              <w:rPr>
                <w:rFonts w:asciiTheme="majorHAnsi" w:hAnsiTheme="majorHAnsi"/>
                <w:lang w:val="es-ES"/>
              </w:rPr>
            </w:pPr>
          </w:p>
          <w:p w:rsidR="00763660" w:rsidRPr="00A417D1" w:rsidRDefault="00763660" w:rsidP="009053DB">
            <w:pPr>
              <w:rPr>
                <w:rFonts w:asciiTheme="majorHAnsi" w:hAnsiTheme="majorHAnsi"/>
                <w:lang w:val="es-ES"/>
              </w:rPr>
            </w:pPr>
          </w:p>
        </w:tc>
      </w:tr>
      <w:tr w:rsidR="009053DB" w:rsidRPr="0015558A" w:rsidTr="009053DB">
        <w:tc>
          <w:tcPr>
            <w:tcW w:w="8780" w:type="dxa"/>
          </w:tcPr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  <w:r w:rsidRPr="00A417D1">
              <w:rPr>
                <w:rFonts w:asciiTheme="majorHAnsi" w:hAnsiTheme="majorHAnsi"/>
                <w:b/>
                <w:lang w:val="es-ES"/>
              </w:rPr>
              <w:t xml:space="preserve">9.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Previsió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 xml:space="preserve"> de dates de la </w:t>
            </w:r>
            <w:proofErr w:type="spellStart"/>
            <w:r w:rsidRPr="00A417D1">
              <w:rPr>
                <w:rFonts w:asciiTheme="majorHAnsi" w:hAnsiTheme="majorHAnsi"/>
                <w:b/>
                <w:lang w:val="es-ES"/>
              </w:rPr>
              <w:t>mobilitat</w:t>
            </w:r>
            <w:proofErr w:type="spellEnd"/>
            <w:r w:rsidRPr="00A417D1">
              <w:rPr>
                <w:rFonts w:asciiTheme="majorHAnsi" w:hAnsiTheme="majorHAnsi"/>
                <w:b/>
                <w:lang w:val="es-ES"/>
              </w:rPr>
              <w:t>:</w:t>
            </w:r>
            <w:r w:rsidRPr="00A417D1">
              <w:rPr>
                <w:rFonts w:asciiTheme="majorHAnsi" w:hAnsiTheme="majorHAnsi"/>
                <w:lang w:val="es-ES"/>
              </w:rPr>
              <w:t xml:space="preserve"> del ____________ al ____________</w:t>
            </w:r>
          </w:p>
          <w:p w:rsidR="009053DB" w:rsidRPr="00A417D1" w:rsidRDefault="009053DB">
            <w:pPr>
              <w:rPr>
                <w:rFonts w:asciiTheme="majorHAnsi" w:hAnsiTheme="majorHAnsi"/>
                <w:lang w:val="es-ES"/>
              </w:rPr>
            </w:pPr>
          </w:p>
        </w:tc>
      </w:tr>
    </w:tbl>
    <w:p w:rsidR="00A417D1" w:rsidRDefault="00A417D1">
      <w:pPr>
        <w:pStyle w:val="Ttulo2"/>
        <w:rPr>
          <w:color w:val="auto"/>
          <w:sz w:val="22"/>
          <w:szCs w:val="22"/>
          <w:lang w:val="es-ES"/>
        </w:rPr>
      </w:pPr>
    </w:p>
    <w:p w:rsidR="005F3228" w:rsidRPr="00A417D1" w:rsidRDefault="008A03A8">
      <w:pPr>
        <w:pStyle w:val="Ttulo2"/>
        <w:rPr>
          <w:color w:val="auto"/>
          <w:sz w:val="22"/>
          <w:szCs w:val="22"/>
          <w:lang w:val="es-ES"/>
        </w:rPr>
      </w:pPr>
      <w:r w:rsidRPr="00A417D1">
        <w:rPr>
          <w:color w:val="auto"/>
          <w:sz w:val="22"/>
          <w:szCs w:val="22"/>
          <w:lang w:val="es-ES"/>
        </w:rPr>
        <w:t xml:space="preserve">Currículum i </w:t>
      </w:r>
      <w:proofErr w:type="spellStart"/>
      <w:r w:rsidRPr="00A417D1">
        <w:rPr>
          <w:color w:val="auto"/>
          <w:sz w:val="22"/>
          <w:szCs w:val="22"/>
          <w:lang w:val="es-ES"/>
        </w:rPr>
        <w:t>mèrits</w:t>
      </w:r>
      <w:proofErr w:type="spellEnd"/>
    </w:p>
    <w:p w:rsidR="008A03A8" w:rsidRPr="00A417D1" w:rsidRDefault="008A03A8" w:rsidP="008A03A8">
      <w:pPr>
        <w:rPr>
          <w:rFonts w:asciiTheme="majorHAnsi" w:hAnsiTheme="majorHAnsi"/>
          <w:lang w:val="es-ES"/>
        </w:rPr>
      </w:pPr>
    </w:p>
    <w:p w:rsidR="005F3228" w:rsidRPr="00A417D1" w:rsidRDefault="008A03A8">
      <w:pPr>
        <w:rPr>
          <w:rFonts w:asciiTheme="majorHAnsi" w:hAnsiTheme="majorHAnsi"/>
          <w:lang w:val="es-ES"/>
        </w:rPr>
      </w:pPr>
      <w:proofErr w:type="spellStart"/>
      <w:r w:rsidRPr="00A417D1">
        <w:rPr>
          <w:rFonts w:asciiTheme="majorHAnsi" w:hAnsiTheme="majorHAnsi"/>
          <w:lang w:val="es-ES"/>
        </w:rPr>
        <w:t>Adjunteu</w:t>
      </w:r>
      <w:proofErr w:type="spellEnd"/>
      <w:r w:rsidRPr="00A417D1">
        <w:rPr>
          <w:rFonts w:asciiTheme="majorHAnsi" w:hAnsiTheme="majorHAnsi"/>
          <w:lang w:val="es-ES"/>
        </w:rPr>
        <w:t xml:space="preserve"> un CV </w:t>
      </w:r>
      <w:proofErr w:type="spellStart"/>
      <w:r w:rsidRPr="00A417D1">
        <w:rPr>
          <w:rFonts w:asciiTheme="majorHAnsi" w:hAnsiTheme="majorHAnsi"/>
          <w:lang w:val="es-ES"/>
        </w:rPr>
        <w:t>actualitzat</w:t>
      </w:r>
      <w:proofErr w:type="spellEnd"/>
      <w:r w:rsidRPr="00A417D1">
        <w:rPr>
          <w:rFonts w:asciiTheme="majorHAnsi" w:hAnsiTheme="majorHAnsi"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lang w:val="es-ES"/>
        </w:rPr>
        <w:t>amb</w:t>
      </w:r>
      <w:proofErr w:type="spellEnd"/>
      <w:r w:rsidRPr="00A417D1">
        <w:rPr>
          <w:rFonts w:asciiTheme="majorHAnsi" w:hAnsiTheme="majorHAnsi"/>
          <w:lang w:val="es-ES"/>
        </w:rPr>
        <w:t xml:space="preserve"> la </w:t>
      </w:r>
      <w:proofErr w:type="spellStart"/>
      <w:r w:rsidRPr="00A417D1">
        <w:rPr>
          <w:rFonts w:asciiTheme="majorHAnsi" w:hAnsiTheme="majorHAnsi"/>
          <w:lang w:val="es-ES"/>
        </w:rPr>
        <w:t>informació</w:t>
      </w:r>
      <w:proofErr w:type="spellEnd"/>
      <w:r w:rsidRPr="00A417D1">
        <w:rPr>
          <w:rFonts w:asciiTheme="majorHAnsi" w:hAnsiTheme="majorHAnsi"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lang w:val="es-ES"/>
        </w:rPr>
        <w:t>següent</w:t>
      </w:r>
      <w:proofErr w:type="spellEnd"/>
      <w:r w:rsidRPr="00A417D1">
        <w:rPr>
          <w:rFonts w:asciiTheme="majorHAnsi" w:hAnsiTheme="majorHAnsi"/>
          <w:lang w:val="es-ES"/>
        </w:rPr>
        <w:t>:</w:t>
      </w:r>
    </w:p>
    <w:p w:rsidR="00750E0A" w:rsidRPr="00750E0A" w:rsidRDefault="008A03A8" w:rsidP="00750E0A">
      <w:pPr>
        <w:rPr>
          <w:rFonts w:asciiTheme="majorHAnsi" w:hAnsiTheme="majorHAnsi"/>
          <w:lang w:val="es-ES"/>
        </w:rPr>
      </w:pPr>
      <w:r w:rsidRPr="00A417D1">
        <w:rPr>
          <w:rFonts w:asciiTheme="majorHAnsi" w:hAnsiTheme="majorHAnsi"/>
        </w:rPr>
        <w:t xml:space="preserve">• </w:t>
      </w:r>
      <w:proofErr w:type="spellStart"/>
      <w:r w:rsidRPr="00A417D1">
        <w:rPr>
          <w:rFonts w:asciiTheme="majorHAnsi" w:hAnsiTheme="majorHAnsi"/>
        </w:rPr>
        <w:t>Experiència</w:t>
      </w:r>
      <w:proofErr w:type="spellEnd"/>
      <w:r w:rsidRPr="00A417D1">
        <w:rPr>
          <w:rFonts w:asciiTheme="majorHAnsi" w:hAnsiTheme="majorHAnsi"/>
        </w:rPr>
        <w:t xml:space="preserve"> docent (</w:t>
      </w:r>
      <w:proofErr w:type="spellStart"/>
      <w:r w:rsidRPr="00A417D1">
        <w:rPr>
          <w:rFonts w:asciiTheme="majorHAnsi" w:hAnsiTheme="majorHAnsi"/>
        </w:rPr>
        <w:t>anys</w:t>
      </w:r>
      <w:proofErr w:type="spellEnd"/>
      <w:r w:rsidRPr="00A417D1">
        <w:rPr>
          <w:rFonts w:asciiTheme="majorHAnsi" w:hAnsiTheme="majorHAnsi"/>
        </w:rPr>
        <w:t xml:space="preserve">, </w:t>
      </w:r>
      <w:proofErr w:type="spellStart"/>
      <w:r w:rsidRPr="00A417D1">
        <w:rPr>
          <w:rFonts w:asciiTheme="majorHAnsi" w:hAnsiTheme="majorHAnsi"/>
        </w:rPr>
        <w:t>àrees</w:t>
      </w:r>
      <w:proofErr w:type="spellEnd"/>
      <w:r w:rsidRPr="00A417D1">
        <w:rPr>
          <w:rFonts w:asciiTheme="majorHAnsi" w:hAnsiTheme="majorHAnsi"/>
        </w:rPr>
        <w:t xml:space="preserve"> </w:t>
      </w:r>
      <w:proofErr w:type="spellStart"/>
      <w:r w:rsidRPr="00A417D1">
        <w:rPr>
          <w:rFonts w:asciiTheme="majorHAnsi" w:hAnsiTheme="majorHAnsi"/>
        </w:rPr>
        <w:t>i</w:t>
      </w:r>
      <w:proofErr w:type="spellEnd"/>
      <w:r w:rsidRPr="00A417D1">
        <w:rPr>
          <w:rFonts w:asciiTheme="majorHAnsi" w:hAnsiTheme="majorHAnsi"/>
        </w:rPr>
        <w:t xml:space="preserve"> </w:t>
      </w:r>
      <w:proofErr w:type="spellStart"/>
      <w:r w:rsidRPr="00A417D1">
        <w:rPr>
          <w:rFonts w:asciiTheme="majorHAnsi" w:hAnsiTheme="majorHAnsi"/>
        </w:rPr>
        <w:t>nivells</w:t>
      </w:r>
      <w:proofErr w:type="spellEnd"/>
      <w:r w:rsidRPr="00A417D1">
        <w:rPr>
          <w:rFonts w:asciiTheme="majorHAnsi" w:hAnsiTheme="majorHAnsi"/>
        </w:rPr>
        <w:t>).</w:t>
      </w:r>
      <w:r w:rsidR="00750E0A">
        <w:rPr>
          <w:rFonts w:asciiTheme="majorHAnsi" w:hAnsiTheme="majorHAnsi"/>
        </w:rPr>
        <w:t xml:space="preserve"> </w:t>
      </w:r>
      <w:r w:rsidR="00750E0A" w:rsidRPr="00750E0A">
        <w:rPr>
          <w:rFonts w:asciiTheme="majorHAnsi" w:hAnsiTheme="majorHAnsi"/>
          <w:lang w:val="es-ES"/>
        </w:rPr>
        <w:t xml:space="preserve">(En el </w:t>
      </w:r>
      <w:proofErr w:type="spellStart"/>
      <w:r w:rsidR="00750E0A" w:rsidRPr="00750E0A">
        <w:rPr>
          <w:rFonts w:asciiTheme="majorHAnsi" w:hAnsiTheme="majorHAnsi"/>
          <w:lang w:val="es-ES"/>
        </w:rPr>
        <w:t>cas</w:t>
      </w:r>
      <w:proofErr w:type="spellEnd"/>
      <w:r w:rsidR="00750E0A" w:rsidRPr="00750E0A">
        <w:rPr>
          <w:rFonts w:asciiTheme="majorHAnsi" w:hAnsiTheme="majorHAnsi"/>
          <w:lang w:val="es-ES"/>
        </w:rPr>
        <w:t xml:space="preserve"> de </w:t>
      </w:r>
      <w:proofErr w:type="spellStart"/>
      <w:r w:rsidR="00750E0A" w:rsidRPr="00750E0A">
        <w:rPr>
          <w:rFonts w:asciiTheme="majorHAnsi" w:hAnsiTheme="majorHAnsi"/>
          <w:lang w:val="es-ES"/>
        </w:rPr>
        <w:t>sol·licitud</w:t>
      </w:r>
      <w:proofErr w:type="spellEnd"/>
      <w:r w:rsidR="00750E0A" w:rsidRPr="00750E0A">
        <w:rPr>
          <w:rFonts w:asciiTheme="majorHAnsi" w:hAnsiTheme="majorHAnsi"/>
          <w:lang w:val="es-ES"/>
        </w:rPr>
        <w:t xml:space="preserve"> per </w:t>
      </w:r>
      <w:proofErr w:type="spellStart"/>
      <w:r w:rsidR="00750E0A" w:rsidRPr="00750E0A">
        <w:rPr>
          <w:rFonts w:asciiTheme="majorHAnsi" w:hAnsiTheme="majorHAnsi"/>
          <w:lang w:val="es-ES"/>
        </w:rPr>
        <w:t>estades</w:t>
      </w:r>
      <w:proofErr w:type="spellEnd"/>
      <w:r w:rsidR="00750E0A" w:rsidRPr="00750E0A">
        <w:rPr>
          <w:rFonts w:asciiTheme="majorHAnsi" w:hAnsiTheme="majorHAnsi"/>
          <w:lang w:val="es-ES"/>
        </w:rPr>
        <w:t xml:space="preserve"> BIP, </w:t>
      </w:r>
      <w:proofErr w:type="spellStart"/>
      <w:r w:rsidR="00750E0A" w:rsidRPr="00750E0A">
        <w:rPr>
          <w:rFonts w:asciiTheme="majorHAnsi" w:hAnsiTheme="majorHAnsi"/>
          <w:lang w:val="es-ES"/>
        </w:rPr>
        <w:t>esmentar</w:t>
      </w:r>
      <w:proofErr w:type="spellEnd"/>
      <w:r w:rsidR="00750E0A" w:rsidRPr="00750E0A">
        <w:rPr>
          <w:rFonts w:asciiTheme="majorHAnsi" w:hAnsiTheme="majorHAnsi"/>
          <w:lang w:val="es-ES"/>
        </w:rPr>
        <w:t xml:space="preserve"> </w:t>
      </w:r>
      <w:proofErr w:type="spellStart"/>
      <w:r w:rsidR="00750E0A" w:rsidRPr="00750E0A">
        <w:rPr>
          <w:rFonts w:asciiTheme="majorHAnsi" w:hAnsiTheme="majorHAnsi"/>
          <w:lang w:val="es-ES"/>
        </w:rPr>
        <w:t>l’experi</w:t>
      </w:r>
      <w:r w:rsidR="00750E0A">
        <w:rPr>
          <w:rFonts w:asciiTheme="majorHAnsi" w:hAnsiTheme="majorHAnsi"/>
          <w:lang w:val="es-ES"/>
        </w:rPr>
        <w:t>ència</w:t>
      </w:r>
      <w:proofErr w:type="spellEnd"/>
      <w:r w:rsidR="00750E0A">
        <w:rPr>
          <w:rFonts w:asciiTheme="majorHAnsi" w:hAnsiTheme="majorHAnsi"/>
          <w:lang w:val="es-ES"/>
        </w:rPr>
        <w:t xml:space="preserve"> en la temática del programa </w:t>
      </w:r>
      <w:proofErr w:type="spellStart"/>
      <w:r w:rsidR="00750E0A">
        <w:rPr>
          <w:rFonts w:asciiTheme="majorHAnsi" w:hAnsiTheme="majorHAnsi"/>
          <w:lang w:val="es-ES"/>
        </w:rPr>
        <w:t>intensiu</w:t>
      </w:r>
      <w:proofErr w:type="spellEnd"/>
      <w:r w:rsidR="00750E0A">
        <w:rPr>
          <w:rFonts w:asciiTheme="majorHAnsi" w:hAnsiTheme="majorHAnsi"/>
          <w:lang w:val="es-ES"/>
        </w:rPr>
        <w:t>)</w:t>
      </w:r>
    </w:p>
    <w:p w:rsidR="005F3228" w:rsidRPr="00A417D1" w:rsidRDefault="008A03A8">
      <w:pPr>
        <w:rPr>
          <w:rFonts w:asciiTheme="majorHAnsi" w:hAnsiTheme="majorHAnsi"/>
          <w:lang w:val="es-ES"/>
        </w:rPr>
      </w:pPr>
      <w:r w:rsidRPr="00A417D1">
        <w:rPr>
          <w:rFonts w:asciiTheme="majorHAnsi" w:hAnsiTheme="majorHAnsi"/>
          <w:lang w:val="es-ES"/>
        </w:rPr>
        <w:t xml:space="preserve">• </w:t>
      </w:r>
      <w:proofErr w:type="spellStart"/>
      <w:r w:rsidRPr="00A417D1">
        <w:rPr>
          <w:rFonts w:asciiTheme="majorHAnsi" w:hAnsiTheme="majorHAnsi"/>
          <w:lang w:val="es-ES"/>
        </w:rPr>
        <w:t>Experiència</w:t>
      </w:r>
      <w:proofErr w:type="spellEnd"/>
      <w:r w:rsidRPr="00A417D1">
        <w:rPr>
          <w:rFonts w:asciiTheme="majorHAnsi" w:hAnsiTheme="majorHAnsi"/>
          <w:lang w:val="es-ES"/>
        </w:rPr>
        <w:t xml:space="preserve"> internacional o </w:t>
      </w:r>
      <w:proofErr w:type="spellStart"/>
      <w:r w:rsidRPr="00A417D1">
        <w:rPr>
          <w:rFonts w:asciiTheme="majorHAnsi" w:hAnsiTheme="majorHAnsi"/>
          <w:lang w:val="es-ES"/>
        </w:rPr>
        <w:t>participació</w:t>
      </w:r>
      <w:proofErr w:type="spellEnd"/>
      <w:r w:rsidRPr="00A417D1">
        <w:rPr>
          <w:rFonts w:asciiTheme="majorHAnsi" w:hAnsiTheme="majorHAnsi"/>
          <w:lang w:val="es-ES"/>
        </w:rPr>
        <w:t xml:space="preserve"> en </w:t>
      </w:r>
      <w:proofErr w:type="spellStart"/>
      <w:r w:rsidRPr="00A417D1">
        <w:rPr>
          <w:rFonts w:asciiTheme="majorHAnsi" w:hAnsiTheme="majorHAnsi"/>
          <w:lang w:val="es-ES"/>
        </w:rPr>
        <w:t>projectes</w:t>
      </w:r>
      <w:proofErr w:type="spellEnd"/>
      <w:r w:rsidRPr="00A417D1">
        <w:rPr>
          <w:rFonts w:asciiTheme="majorHAnsi" w:hAnsiTheme="majorHAnsi"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lang w:val="es-ES"/>
        </w:rPr>
        <w:t>educatius</w:t>
      </w:r>
      <w:proofErr w:type="spellEnd"/>
      <w:r w:rsidRPr="00A417D1">
        <w:rPr>
          <w:rFonts w:asciiTheme="majorHAnsi" w:hAnsiTheme="majorHAnsi"/>
          <w:lang w:val="es-ES"/>
        </w:rPr>
        <w:t>.</w:t>
      </w:r>
    </w:p>
    <w:p w:rsidR="005F3228" w:rsidRPr="00A417D1" w:rsidRDefault="008A03A8">
      <w:pPr>
        <w:rPr>
          <w:rFonts w:asciiTheme="majorHAnsi" w:hAnsiTheme="majorHAnsi"/>
        </w:rPr>
      </w:pPr>
      <w:proofErr w:type="gramStart"/>
      <w:r w:rsidRPr="00A417D1">
        <w:rPr>
          <w:rFonts w:asciiTheme="majorHAnsi" w:hAnsiTheme="majorHAnsi"/>
        </w:rPr>
        <w:t xml:space="preserve">• </w:t>
      </w:r>
      <w:proofErr w:type="spellStart"/>
      <w:r w:rsidRPr="00A417D1">
        <w:rPr>
          <w:rFonts w:asciiTheme="majorHAnsi" w:hAnsiTheme="majorHAnsi"/>
        </w:rPr>
        <w:t>Coneixements</w:t>
      </w:r>
      <w:proofErr w:type="spellEnd"/>
      <w:r w:rsidRPr="00A417D1">
        <w:rPr>
          <w:rFonts w:asciiTheme="majorHAnsi" w:hAnsiTheme="majorHAnsi"/>
        </w:rPr>
        <w:t xml:space="preserve"> </w:t>
      </w:r>
      <w:proofErr w:type="spellStart"/>
      <w:r w:rsidRPr="00A417D1">
        <w:rPr>
          <w:rFonts w:asciiTheme="majorHAnsi" w:hAnsiTheme="majorHAnsi"/>
        </w:rPr>
        <w:t>d’idiomes</w:t>
      </w:r>
      <w:proofErr w:type="spellEnd"/>
      <w:r w:rsidRPr="00A417D1">
        <w:rPr>
          <w:rFonts w:asciiTheme="majorHAnsi" w:hAnsiTheme="majorHAnsi"/>
        </w:rPr>
        <w:t xml:space="preserve"> (</w:t>
      </w:r>
      <w:proofErr w:type="spellStart"/>
      <w:r w:rsidRPr="00A417D1">
        <w:rPr>
          <w:rFonts w:asciiTheme="majorHAnsi" w:hAnsiTheme="majorHAnsi"/>
        </w:rPr>
        <w:t>nivell</w:t>
      </w:r>
      <w:proofErr w:type="spellEnd"/>
      <w:r w:rsidRPr="00A417D1">
        <w:rPr>
          <w:rFonts w:asciiTheme="majorHAnsi" w:hAnsiTheme="majorHAnsi"/>
        </w:rPr>
        <w:t xml:space="preserve"> </w:t>
      </w:r>
      <w:proofErr w:type="spellStart"/>
      <w:r w:rsidRPr="00A417D1">
        <w:rPr>
          <w:rFonts w:asciiTheme="majorHAnsi" w:hAnsiTheme="majorHAnsi"/>
        </w:rPr>
        <w:t>i</w:t>
      </w:r>
      <w:proofErr w:type="spellEnd"/>
      <w:r w:rsidRPr="00A417D1">
        <w:rPr>
          <w:rFonts w:asciiTheme="majorHAnsi" w:hAnsiTheme="majorHAnsi"/>
        </w:rPr>
        <w:t xml:space="preserve"> certificats).</w:t>
      </w:r>
      <w:proofErr w:type="gramEnd"/>
    </w:p>
    <w:p w:rsidR="005F3228" w:rsidRPr="00A417D1" w:rsidRDefault="008A03A8">
      <w:pPr>
        <w:rPr>
          <w:rFonts w:asciiTheme="majorHAnsi" w:hAnsiTheme="majorHAnsi"/>
          <w:lang w:val="es-ES"/>
        </w:rPr>
      </w:pPr>
      <w:r w:rsidRPr="00A417D1">
        <w:rPr>
          <w:rFonts w:asciiTheme="majorHAnsi" w:hAnsiTheme="majorHAnsi"/>
          <w:lang w:val="es-ES"/>
        </w:rPr>
        <w:t xml:space="preserve">• </w:t>
      </w:r>
      <w:proofErr w:type="spellStart"/>
      <w:r w:rsidRPr="00A417D1">
        <w:rPr>
          <w:rFonts w:asciiTheme="majorHAnsi" w:hAnsiTheme="majorHAnsi"/>
          <w:lang w:val="es-ES"/>
        </w:rPr>
        <w:t>Titulacions</w:t>
      </w:r>
      <w:proofErr w:type="spellEnd"/>
      <w:r w:rsidRPr="00A417D1">
        <w:rPr>
          <w:rFonts w:asciiTheme="majorHAnsi" w:hAnsiTheme="majorHAnsi"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lang w:val="es-ES"/>
        </w:rPr>
        <w:t>acadèmiques</w:t>
      </w:r>
      <w:proofErr w:type="spellEnd"/>
      <w:r w:rsidRPr="00A417D1">
        <w:rPr>
          <w:rFonts w:asciiTheme="majorHAnsi" w:hAnsiTheme="majorHAnsi"/>
          <w:lang w:val="es-ES"/>
        </w:rPr>
        <w:t xml:space="preserve"> (</w:t>
      </w:r>
      <w:proofErr w:type="spellStart"/>
      <w:r w:rsidRPr="00A417D1">
        <w:rPr>
          <w:rFonts w:asciiTheme="majorHAnsi" w:hAnsiTheme="majorHAnsi"/>
          <w:lang w:val="es-ES"/>
        </w:rPr>
        <w:t>llicenciatura</w:t>
      </w:r>
      <w:proofErr w:type="spellEnd"/>
      <w:r w:rsidRPr="00A417D1">
        <w:rPr>
          <w:rFonts w:asciiTheme="majorHAnsi" w:hAnsiTheme="majorHAnsi"/>
          <w:lang w:val="es-ES"/>
        </w:rPr>
        <w:t xml:space="preserve">, </w:t>
      </w:r>
      <w:proofErr w:type="spellStart"/>
      <w:r w:rsidRPr="00A417D1">
        <w:rPr>
          <w:rFonts w:asciiTheme="majorHAnsi" w:hAnsiTheme="majorHAnsi"/>
          <w:lang w:val="es-ES"/>
        </w:rPr>
        <w:t>postgrau</w:t>
      </w:r>
      <w:proofErr w:type="spellEnd"/>
      <w:r w:rsidRPr="00A417D1">
        <w:rPr>
          <w:rFonts w:asciiTheme="majorHAnsi" w:hAnsiTheme="majorHAnsi"/>
          <w:lang w:val="es-ES"/>
        </w:rPr>
        <w:t xml:space="preserve">, </w:t>
      </w:r>
      <w:proofErr w:type="spellStart"/>
      <w:r w:rsidRPr="00A417D1">
        <w:rPr>
          <w:rFonts w:asciiTheme="majorHAnsi" w:hAnsiTheme="majorHAnsi"/>
          <w:lang w:val="es-ES"/>
        </w:rPr>
        <w:t>màster</w:t>
      </w:r>
      <w:proofErr w:type="spellEnd"/>
      <w:r w:rsidRPr="00A417D1">
        <w:rPr>
          <w:rFonts w:asciiTheme="majorHAnsi" w:hAnsiTheme="majorHAnsi"/>
          <w:lang w:val="es-ES"/>
        </w:rPr>
        <w:t xml:space="preserve">, </w:t>
      </w:r>
      <w:proofErr w:type="spellStart"/>
      <w:r w:rsidRPr="00A417D1">
        <w:rPr>
          <w:rFonts w:asciiTheme="majorHAnsi" w:hAnsiTheme="majorHAnsi"/>
          <w:lang w:val="es-ES"/>
        </w:rPr>
        <w:t>doctorat</w:t>
      </w:r>
      <w:proofErr w:type="spellEnd"/>
      <w:r w:rsidRPr="00A417D1">
        <w:rPr>
          <w:rFonts w:asciiTheme="majorHAnsi" w:hAnsiTheme="majorHAnsi"/>
          <w:lang w:val="es-ES"/>
        </w:rPr>
        <w:t>).</w:t>
      </w:r>
    </w:p>
    <w:p w:rsidR="00763660" w:rsidRPr="00A417D1" w:rsidRDefault="008A03A8">
      <w:pPr>
        <w:rPr>
          <w:rFonts w:asciiTheme="majorHAnsi" w:hAnsiTheme="majorHAnsi"/>
          <w:lang w:val="es-ES"/>
        </w:rPr>
      </w:pPr>
      <w:r w:rsidRPr="00A417D1">
        <w:rPr>
          <w:rFonts w:asciiTheme="majorHAnsi" w:hAnsiTheme="majorHAnsi"/>
          <w:lang w:val="es-ES"/>
        </w:rPr>
        <w:t xml:space="preserve">• </w:t>
      </w:r>
      <w:proofErr w:type="spellStart"/>
      <w:r w:rsidRPr="00A417D1">
        <w:rPr>
          <w:rFonts w:asciiTheme="majorHAnsi" w:hAnsiTheme="majorHAnsi"/>
          <w:lang w:val="es-ES"/>
        </w:rPr>
        <w:t>Participació</w:t>
      </w:r>
      <w:proofErr w:type="spellEnd"/>
      <w:r w:rsidRPr="00A417D1">
        <w:rPr>
          <w:rFonts w:asciiTheme="majorHAnsi" w:hAnsiTheme="majorHAnsi"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lang w:val="es-ES"/>
        </w:rPr>
        <w:t>prèvia</w:t>
      </w:r>
      <w:proofErr w:type="spellEnd"/>
      <w:r w:rsidRPr="00A417D1">
        <w:rPr>
          <w:rFonts w:asciiTheme="majorHAnsi" w:hAnsiTheme="majorHAnsi"/>
          <w:lang w:val="es-ES"/>
        </w:rPr>
        <w:t xml:space="preserve"> en progra</w:t>
      </w:r>
      <w:r w:rsidR="00A417D1">
        <w:rPr>
          <w:rFonts w:asciiTheme="majorHAnsi" w:hAnsiTheme="majorHAnsi"/>
          <w:lang w:val="es-ES"/>
        </w:rPr>
        <w:t>mes Erasmus/</w:t>
      </w:r>
      <w:proofErr w:type="spellStart"/>
      <w:r w:rsidR="00A417D1">
        <w:rPr>
          <w:rFonts w:asciiTheme="majorHAnsi" w:hAnsiTheme="majorHAnsi"/>
          <w:lang w:val="es-ES"/>
        </w:rPr>
        <w:t>altres</w:t>
      </w:r>
      <w:proofErr w:type="spellEnd"/>
      <w:r w:rsidR="00A417D1">
        <w:rPr>
          <w:rFonts w:asciiTheme="majorHAnsi" w:hAnsiTheme="majorHAnsi"/>
          <w:lang w:val="es-ES"/>
        </w:rPr>
        <w:t xml:space="preserve"> </w:t>
      </w:r>
      <w:proofErr w:type="spellStart"/>
      <w:r w:rsidR="00A417D1">
        <w:rPr>
          <w:rFonts w:asciiTheme="majorHAnsi" w:hAnsiTheme="majorHAnsi"/>
          <w:lang w:val="es-ES"/>
        </w:rPr>
        <w:t>mobilitats</w:t>
      </w:r>
      <w:proofErr w:type="spellEnd"/>
      <w:r w:rsidR="00A417D1">
        <w:rPr>
          <w:rFonts w:asciiTheme="majorHAnsi" w:hAnsiTheme="majorHAnsi"/>
          <w:lang w:val="es-ES"/>
        </w:rPr>
        <w:t>/</w:t>
      </w:r>
      <w:proofErr w:type="spellStart"/>
      <w:r w:rsidR="00A417D1">
        <w:rPr>
          <w:rFonts w:asciiTheme="majorHAnsi" w:hAnsiTheme="majorHAnsi"/>
          <w:lang w:val="es-ES"/>
        </w:rPr>
        <w:t>a</w:t>
      </w:r>
      <w:r w:rsidR="00A417D1" w:rsidRPr="00A417D1">
        <w:rPr>
          <w:rFonts w:asciiTheme="majorHAnsi" w:hAnsiTheme="majorHAnsi"/>
          <w:lang w:val="es-ES"/>
        </w:rPr>
        <w:t>collida</w:t>
      </w:r>
      <w:proofErr w:type="spellEnd"/>
      <w:r w:rsidR="00A417D1" w:rsidRPr="00A417D1">
        <w:rPr>
          <w:rFonts w:asciiTheme="majorHAnsi" w:hAnsiTheme="majorHAnsi"/>
          <w:lang w:val="es-ES"/>
        </w:rPr>
        <w:t xml:space="preserve"> </w:t>
      </w:r>
      <w:proofErr w:type="spellStart"/>
      <w:r w:rsidR="00A417D1" w:rsidRPr="00A417D1">
        <w:rPr>
          <w:rFonts w:asciiTheme="majorHAnsi" w:hAnsiTheme="majorHAnsi"/>
          <w:lang w:val="es-ES"/>
        </w:rPr>
        <w:t>d’estudiants</w:t>
      </w:r>
      <w:proofErr w:type="spellEnd"/>
      <w:r w:rsidR="00A417D1" w:rsidRPr="00A417D1">
        <w:rPr>
          <w:rFonts w:asciiTheme="majorHAnsi" w:hAnsiTheme="majorHAnsi"/>
          <w:lang w:val="es-ES"/>
        </w:rPr>
        <w:t xml:space="preserve"> en </w:t>
      </w:r>
      <w:proofErr w:type="spellStart"/>
      <w:r w:rsidR="00A417D1" w:rsidRPr="00A417D1">
        <w:rPr>
          <w:rFonts w:asciiTheme="majorHAnsi" w:hAnsiTheme="majorHAnsi"/>
          <w:lang w:val="es-ES"/>
        </w:rPr>
        <w:t>pràctiques</w:t>
      </w:r>
      <w:proofErr w:type="spellEnd"/>
    </w:p>
    <w:p w:rsidR="00A417D1" w:rsidRDefault="00A417D1">
      <w:pPr>
        <w:pStyle w:val="Ttulo2"/>
        <w:rPr>
          <w:color w:val="auto"/>
          <w:sz w:val="22"/>
          <w:szCs w:val="22"/>
          <w:lang w:val="es-ES"/>
        </w:rPr>
      </w:pPr>
    </w:p>
    <w:p w:rsidR="005F3228" w:rsidRPr="00A417D1" w:rsidRDefault="008A03A8">
      <w:pPr>
        <w:pStyle w:val="Ttulo2"/>
        <w:rPr>
          <w:color w:val="auto"/>
          <w:sz w:val="22"/>
          <w:szCs w:val="22"/>
          <w:lang w:val="es-ES"/>
        </w:rPr>
      </w:pPr>
      <w:proofErr w:type="spellStart"/>
      <w:r w:rsidRPr="00A417D1">
        <w:rPr>
          <w:color w:val="auto"/>
          <w:sz w:val="22"/>
          <w:szCs w:val="22"/>
          <w:lang w:val="es-ES"/>
        </w:rPr>
        <w:t>Altres</w:t>
      </w:r>
      <w:proofErr w:type="spellEnd"/>
      <w:r w:rsidRPr="00A417D1">
        <w:rPr>
          <w:color w:val="auto"/>
          <w:sz w:val="22"/>
          <w:szCs w:val="22"/>
          <w:lang w:val="es-ES"/>
        </w:rPr>
        <w:t xml:space="preserve"> </w:t>
      </w:r>
      <w:proofErr w:type="spellStart"/>
      <w:r w:rsidRPr="00A417D1">
        <w:rPr>
          <w:color w:val="auto"/>
          <w:sz w:val="22"/>
          <w:szCs w:val="22"/>
          <w:lang w:val="es-ES"/>
        </w:rPr>
        <w:t>documents</w:t>
      </w:r>
      <w:proofErr w:type="spellEnd"/>
    </w:p>
    <w:p w:rsidR="008A03A8" w:rsidRPr="00A417D1" w:rsidRDefault="008A03A8" w:rsidP="008A03A8">
      <w:pPr>
        <w:rPr>
          <w:rFonts w:asciiTheme="majorHAnsi" w:hAnsiTheme="majorHAnsi"/>
          <w:lang w:val="es-ES"/>
        </w:rPr>
      </w:pPr>
    </w:p>
    <w:p w:rsidR="005F3228" w:rsidRPr="00A417D1" w:rsidRDefault="008A03A8">
      <w:pPr>
        <w:rPr>
          <w:rFonts w:asciiTheme="majorHAnsi" w:hAnsiTheme="majorHAnsi"/>
          <w:lang w:val="es-ES"/>
        </w:rPr>
      </w:pPr>
      <w:r w:rsidRPr="00A417D1">
        <w:rPr>
          <w:rFonts w:asciiTheme="majorHAnsi"/>
          <w:lang w:val="es-ES"/>
        </w:rPr>
        <w:t>☐</w:t>
      </w:r>
      <w:r w:rsidRPr="00A417D1">
        <w:rPr>
          <w:rFonts w:asciiTheme="majorHAnsi" w:hAnsiTheme="majorHAnsi"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lang w:val="es-ES"/>
        </w:rPr>
        <w:t>Cartes</w:t>
      </w:r>
      <w:proofErr w:type="spellEnd"/>
      <w:r w:rsidRPr="00A417D1">
        <w:rPr>
          <w:rFonts w:asciiTheme="majorHAnsi" w:hAnsiTheme="majorHAnsi"/>
          <w:lang w:val="es-ES"/>
        </w:rPr>
        <w:t xml:space="preserve"> de </w:t>
      </w:r>
      <w:proofErr w:type="spellStart"/>
      <w:r w:rsidRPr="00A417D1">
        <w:rPr>
          <w:rFonts w:asciiTheme="majorHAnsi" w:hAnsiTheme="majorHAnsi"/>
          <w:lang w:val="es-ES"/>
        </w:rPr>
        <w:t>recomanació</w:t>
      </w:r>
      <w:proofErr w:type="spellEnd"/>
      <w:r w:rsidR="008C55C4" w:rsidRPr="00A417D1">
        <w:rPr>
          <w:rFonts w:asciiTheme="majorHAnsi" w:hAnsiTheme="majorHAnsi"/>
          <w:lang w:val="es-ES"/>
        </w:rPr>
        <w:t xml:space="preserve">, </w:t>
      </w:r>
      <w:proofErr w:type="spellStart"/>
      <w:r w:rsidR="008C55C4" w:rsidRPr="00A417D1">
        <w:rPr>
          <w:rFonts w:asciiTheme="majorHAnsi" w:hAnsiTheme="majorHAnsi"/>
          <w:lang w:val="es-ES"/>
        </w:rPr>
        <w:t>invitació</w:t>
      </w:r>
      <w:proofErr w:type="spellEnd"/>
      <w:r w:rsidRPr="00A417D1">
        <w:rPr>
          <w:rFonts w:asciiTheme="majorHAnsi" w:hAnsiTheme="majorHAnsi"/>
          <w:lang w:val="es-ES"/>
        </w:rPr>
        <w:t xml:space="preserve"> o </w:t>
      </w:r>
      <w:proofErr w:type="spellStart"/>
      <w:r w:rsidRPr="00A417D1">
        <w:rPr>
          <w:rFonts w:asciiTheme="majorHAnsi" w:hAnsiTheme="majorHAnsi"/>
          <w:lang w:val="es-ES"/>
        </w:rPr>
        <w:t>referències</w:t>
      </w:r>
      <w:proofErr w:type="spellEnd"/>
      <w:r w:rsidRPr="00A417D1">
        <w:rPr>
          <w:rFonts w:asciiTheme="majorHAnsi" w:hAnsiTheme="majorHAnsi"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lang w:val="es-ES"/>
        </w:rPr>
        <w:t>acadèmiques</w:t>
      </w:r>
      <w:proofErr w:type="spellEnd"/>
      <w:r w:rsidRPr="00A417D1">
        <w:rPr>
          <w:rFonts w:asciiTheme="majorHAnsi" w:hAnsiTheme="majorHAnsi"/>
          <w:lang w:val="es-ES"/>
        </w:rPr>
        <w:t>/</w:t>
      </w:r>
      <w:proofErr w:type="spellStart"/>
      <w:r w:rsidRPr="00A417D1">
        <w:rPr>
          <w:rFonts w:asciiTheme="majorHAnsi" w:hAnsiTheme="majorHAnsi"/>
          <w:lang w:val="es-ES"/>
        </w:rPr>
        <w:t>professionals</w:t>
      </w:r>
      <w:proofErr w:type="spellEnd"/>
      <w:r w:rsidRPr="00A417D1">
        <w:rPr>
          <w:rFonts w:asciiTheme="majorHAnsi" w:hAnsiTheme="majorHAnsi"/>
          <w:lang w:val="es-ES"/>
        </w:rPr>
        <w:t xml:space="preserve"> (opcional).</w:t>
      </w:r>
    </w:p>
    <w:p w:rsidR="005F3228" w:rsidRPr="00A417D1" w:rsidRDefault="008A03A8">
      <w:pPr>
        <w:rPr>
          <w:rFonts w:asciiTheme="majorHAnsi" w:hAnsiTheme="majorHAnsi"/>
          <w:lang w:val="es-ES"/>
        </w:rPr>
      </w:pPr>
      <w:r w:rsidRPr="00A417D1">
        <w:rPr>
          <w:rFonts w:asciiTheme="majorHAnsi"/>
          <w:lang w:val="es-ES"/>
        </w:rPr>
        <w:t>☐</w:t>
      </w:r>
      <w:r w:rsidRPr="00A417D1">
        <w:rPr>
          <w:rFonts w:asciiTheme="majorHAnsi" w:hAnsiTheme="majorHAnsi"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lang w:val="es-ES"/>
        </w:rPr>
        <w:t>Declaració</w:t>
      </w:r>
      <w:proofErr w:type="spellEnd"/>
      <w:r w:rsidRPr="00A417D1">
        <w:rPr>
          <w:rFonts w:asciiTheme="majorHAnsi" w:hAnsiTheme="majorHAnsi"/>
          <w:lang w:val="es-ES"/>
        </w:rPr>
        <w:t xml:space="preserve"> signada de </w:t>
      </w:r>
      <w:proofErr w:type="spellStart"/>
      <w:r w:rsidRPr="00A417D1">
        <w:rPr>
          <w:rFonts w:asciiTheme="majorHAnsi" w:hAnsiTheme="majorHAnsi"/>
          <w:lang w:val="es-ES"/>
        </w:rPr>
        <w:t>disponibilitat</w:t>
      </w:r>
      <w:proofErr w:type="spellEnd"/>
      <w:r w:rsidRPr="00A417D1">
        <w:rPr>
          <w:rFonts w:asciiTheme="majorHAnsi" w:hAnsiTheme="majorHAnsi"/>
          <w:lang w:val="es-ES"/>
        </w:rPr>
        <w:t xml:space="preserve"> i </w:t>
      </w:r>
      <w:proofErr w:type="spellStart"/>
      <w:r w:rsidRPr="00A417D1">
        <w:rPr>
          <w:rFonts w:asciiTheme="majorHAnsi" w:hAnsiTheme="majorHAnsi"/>
          <w:lang w:val="es-ES"/>
        </w:rPr>
        <w:t>compromís</w:t>
      </w:r>
      <w:proofErr w:type="spellEnd"/>
      <w:r w:rsidRPr="00A417D1">
        <w:rPr>
          <w:rFonts w:asciiTheme="majorHAnsi" w:hAnsiTheme="majorHAnsi"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lang w:val="es-ES"/>
        </w:rPr>
        <w:t>amb</w:t>
      </w:r>
      <w:proofErr w:type="spellEnd"/>
      <w:r w:rsidRPr="00A417D1">
        <w:rPr>
          <w:rFonts w:asciiTheme="majorHAnsi" w:hAnsiTheme="majorHAnsi"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lang w:val="es-ES"/>
        </w:rPr>
        <w:t>els</w:t>
      </w:r>
      <w:proofErr w:type="spellEnd"/>
      <w:r w:rsidRPr="00A417D1">
        <w:rPr>
          <w:rFonts w:asciiTheme="majorHAnsi" w:hAnsiTheme="majorHAnsi"/>
          <w:lang w:val="es-ES"/>
        </w:rPr>
        <w:t xml:space="preserve"> </w:t>
      </w:r>
      <w:proofErr w:type="spellStart"/>
      <w:r w:rsidRPr="00A417D1">
        <w:rPr>
          <w:rFonts w:asciiTheme="majorHAnsi" w:hAnsiTheme="majorHAnsi"/>
          <w:lang w:val="es-ES"/>
        </w:rPr>
        <w:t>objectius</w:t>
      </w:r>
      <w:proofErr w:type="spellEnd"/>
      <w:r w:rsidRPr="00A417D1">
        <w:rPr>
          <w:rFonts w:asciiTheme="majorHAnsi" w:hAnsiTheme="majorHAnsi"/>
          <w:lang w:val="es-ES"/>
        </w:rPr>
        <w:t xml:space="preserve"> de la </w:t>
      </w:r>
      <w:proofErr w:type="spellStart"/>
      <w:r w:rsidRPr="00A417D1">
        <w:rPr>
          <w:rFonts w:asciiTheme="majorHAnsi" w:hAnsiTheme="majorHAnsi"/>
          <w:lang w:val="es-ES"/>
        </w:rPr>
        <w:t>mobilitat</w:t>
      </w:r>
      <w:proofErr w:type="spellEnd"/>
      <w:r w:rsidRPr="00A417D1">
        <w:rPr>
          <w:rFonts w:asciiTheme="majorHAnsi" w:hAnsiTheme="majorHAnsi"/>
          <w:lang w:val="es-ES"/>
        </w:rPr>
        <w:t>.</w:t>
      </w:r>
    </w:p>
    <w:tbl>
      <w:tblPr>
        <w:tblStyle w:val="Tablaconcuadrcula"/>
        <w:tblW w:w="0" w:type="auto"/>
        <w:tblLook w:val="04A0"/>
      </w:tblPr>
      <w:tblGrid>
        <w:gridCol w:w="8780"/>
      </w:tblGrid>
      <w:tr w:rsidR="00340D0A" w:rsidRPr="0015558A" w:rsidTr="00340D0A">
        <w:tc>
          <w:tcPr>
            <w:tcW w:w="8780" w:type="dxa"/>
          </w:tcPr>
          <w:p w:rsidR="00340D0A" w:rsidRPr="00340D0A" w:rsidRDefault="00340D0A" w:rsidP="00340D0A">
            <w:pPr>
              <w:pStyle w:val="Ttulo2"/>
              <w:jc w:val="center"/>
              <w:outlineLvl w:val="1"/>
              <w:rPr>
                <w:color w:val="auto"/>
                <w:sz w:val="28"/>
                <w:szCs w:val="22"/>
                <w:lang w:val="es-ES"/>
              </w:rPr>
            </w:pPr>
            <w:proofErr w:type="spellStart"/>
            <w:r w:rsidRPr="00340D0A">
              <w:rPr>
                <w:color w:val="auto"/>
                <w:sz w:val="28"/>
                <w:szCs w:val="22"/>
                <w:lang w:val="es-ES"/>
              </w:rPr>
              <w:lastRenderedPageBreak/>
              <w:t>Declaració</w:t>
            </w:r>
            <w:proofErr w:type="spellEnd"/>
            <w:r w:rsidRPr="00340D0A">
              <w:rPr>
                <w:color w:val="auto"/>
                <w:sz w:val="28"/>
                <w:szCs w:val="22"/>
                <w:lang w:val="es-ES"/>
              </w:rPr>
              <w:t xml:space="preserve"> de la persona </w:t>
            </w:r>
            <w:proofErr w:type="spellStart"/>
            <w:r w:rsidRPr="00340D0A">
              <w:rPr>
                <w:color w:val="auto"/>
                <w:sz w:val="28"/>
                <w:szCs w:val="22"/>
                <w:lang w:val="es-ES"/>
              </w:rPr>
              <w:t>sol·licitant</w:t>
            </w:r>
            <w:proofErr w:type="spellEnd"/>
          </w:p>
          <w:p w:rsidR="00340D0A" w:rsidRDefault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  <w:r w:rsidRPr="00A417D1">
              <w:rPr>
                <w:rFonts w:asciiTheme="majorHAnsi" w:hAnsiTheme="majorHAnsi"/>
                <w:lang w:val="es-ES"/>
              </w:rPr>
              <w:t xml:space="preserve">Declaro que la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informació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proporcionada en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aquest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formulari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és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veraç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i que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compleixo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els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requisits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establerts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a la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convocatòria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de beques Erasmus+ per a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docents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d’Eòlia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>.</w:t>
            </w: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</w:p>
          <w:p w:rsidR="00340D0A" w:rsidRPr="00A417D1" w:rsidRDefault="00340D0A" w:rsidP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  <w:r w:rsidRPr="00A417D1">
              <w:rPr>
                <w:rFonts w:asciiTheme="majorHAnsi" w:hAnsiTheme="majorHAnsi"/>
                <w:lang w:val="es-ES"/>
              </w:rPr>
              <w:br/>
            </w:r>
            <w:r w:rsidRPr="00750E0A">
              <w:rPr>
                <w:rFonts w:asciiTheme="majorHAnsi" w:hAnsiTheme="majorHAnsi"/>
                <w:lang w:val="es-ES"/>
              </w:rPr>
              <w:t>Data: _______________________</w:t>
            </w:r>
            <w:r w:rsidRPr="00750E0A">
              <w:rPr>
                <w:rFonts w:asciiTheme="majorHAnsi" w:hAnsiTheme="majorHAnsi"/>
                <w:lang w:val="es-ES"/>
              </w:rPr>
              <w:tab/>
            </w:r>
            <w:r w:rsidRPr="00750E0A">
              <w:rPr>
                <w:rFonts w:asciiTheme="majorHAnsi" w:hAnsiTheme="majorHAnsi"/>
                <w:lang w:val="es-ES"/>
              </w:rPr>
              <w:tab/>
              <w:t>Signatura: ___________________________</w:t>
            </w:r>
          </w:p>
          <w:p w:rsidR="00340D0A" w:rsidRPr="00750E0A" w:rsidRDefault="00340D0A" w:rsidP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</w:p>
          <w:p w:rsidR="00340D0A" w:rsidRPr="00A417D1" w:rsidRDefault="00340D0A" w:rsidP="00340D0A">
            <w:pPr>
              <w:rPr>
                <w:rFonts w:asciiTheme="majorHAnsi" w:hAnsiTheme="majorHAnsi" w:cs="Times New Roman"/>
                <w:lang w:val="es-ES"/>
              </w:rPr>
            </w:pPr>
            <w:r w:rsidRPr="00A417D1">
              <w:rPr>
                <w:rFonts w:asciiTheme="majorHAnsi" w:hAnsiTheme="majorHAnsi"/>
                <w:lang w:val="es-ES"/>
              </w:rPr>
              <w:t xml:space="preserve">OBLIGACIONS DEL PROFESSORAT PARTICIPANT </w:t>
            </w:r>
            <w:r w:rsidRPr="00A417D1">
              <w:rPr>
                <w:rFonts w:asciiTheme="majorHAnsi" w:hAnsiTheme="majorHAnsi" w:cs="Times New Roman"/>
                <w:lang w:val="es-ES"/>
              </w:rPr>
              <w:t xml:space="preserve">: </w:t>
            </w:r>
          </w:p>
          <w:p w:rsidR="00340D0A" w:rsidRPr="00A417D1" w:rsidRDefault="00340D0A" w:rsidP="00340D0A">
            <w:pPr>
              <w:rPr>
                <w:rFonts w:asciiTheme="majorHAnsi" w:hAnsiTheme="majorHAnsi"/>
                <w:lang w:val="es-ES"/>
              </w:rPr>
            </w:pPr>
            <w:r w:rsidRPr="00A417D1">
              <w:rPr>
                <w:rFonts w:asciiTheme="majorHAnsi" w:hAnsiTheme="majorHAnsi" w:cs="Times New Roman"/>
                <w:lang w:val="es-ES"/>
              </w:rPr>
              <w:t>●</w:t>
            </w:r>
            <w:r w:rsidRPr="00A417D1">
              <w:rPr>
                <w:rFonts w:asciiTheme="majorHAnsi" w:hAnsiTheme="majorHAnsi" w:cs="Cambria"/>
                <w:lang w:val="es-ES"/>
              </w:rPr>
              <w:t xml:space="preserve"> Signar i entregar el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Conveni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de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subvenció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i el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Mobility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Agreement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>.</w:t>
            </w:r>
          </w:p>
          <w:p w:rsidR="00340D0A" w:rsidRPr="00A417D1" w:rsidRDefault="00340D0A" w:rsidP="00340D0A">
            <w:pPr>
              <w:rPr>
                <w:rFonts w:asciiTheme="majorHAnsi" w:hAnsiTheme="majorHAnsi"/>
                <w:lang w:val="es-ES"/>
              </w:rPr>
            </w:pPr>
            <w:r w:rsidRPr="00A417D1">
              <w:rPr>
                <w:rFonts w:asciiTheme="majorHAnsi" w:hAnsiTheme="majorHAnsi" w:cs="Times New Roman"/>
                <w:lang w:val="es-ES"/>
              </w:rPr>
              <w:t>●</w:t>
            </w:r>
            <w:r w:rsidRPr="00A417D1">
              <w:rPr>
                <w:rFonts w:asciiTheme="majorHAnsi" w:hAnsiTheme="majorHAnsi" w:cs="Cambria"/>
                <w:lang w:val="es-ES"/>
              </w:rPr>
              <w:t xml:space="preserve"> En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cas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de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curs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de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formació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, ha de portar el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certificat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d’assistència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i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assolim</w:t>
            </w:r>
            <w:r w:rsidRPr="00A417D1">
              <w:rPr>
                <w:rFonts w:asciiTheme="majorHAnsi" w:hAnsiTheme="majorHAnsi"/>
                <w:lang w:val="es-ES"/>
              </w:rPr>
              <w:t>ent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del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curs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>.</w:t>
            </w:r>
          </w:p>
          <w:p w:rsidR="00340D0A" w:rsidRPr="00A417D1" w:rsidRDefault="00340D0A" w:rsidP="00340D0A">
            <w:pPr>
              <w:rPr>
                <w:rFonts w:asciiTheme="majorHAnsi" w:hAnsiTheme="majorHAnsi"/>
                <w:lang w:val="es-ES"/>
              </w:rPr>
            </w:pPr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r w:rsidRPr="00A417D1">
              <w:rPr>
                <w:rFonts w:asciiTheme="majorHAnsi" w:hAnsiTheme="majorHAnsi" w:cs="Times New Roman"/>
                <w:lang w:val="es-ES"/>
              </w:rPr>
              <w:t>●</w:t>
            </w:r>
            <w:r w:rsidRPr="00A417D1">
              <w:rPr>
                <w:rFonts w:asciiTheme="majorHAnsi" w:hAnsiTheme="majorHAnsi" w:cs="Cambria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Realitzar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l’avaluació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en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línia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Erasmus (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arribarà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un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enllaç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per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correu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>).</w:t>
            </w:r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</w:p>
          <w:p w:rsidR="00340D0A" w:rsidRPr="00A417D1" w:rsidRDefault="00340D0A" w:rsidP="00340D0A">
            <w:pPr>
              <w:rPr>
                <w:rFonts w:asciiTheme="majorHAnsi" w:hAnsiTheme="majorHAnsi"/>
                <w:lang w:val="es-ES"/>
              </w:rPr>
            </w:pPr>
            <w:r w:rsidRPr="00A417D1">
              <w:rPr>
                <w:rFonts w:asciiTheme="majorHAnsi" w:hAnsiTheme="majorHAnsi" w:cs="Times New Roman"/>
                <w:lang w:val="es-ES"/>
              </w:rPr>
              <w:t>●</w:t>
            </w:r>
            <w:r w:rsidRPr="00A417D1">
              <w:rPr>
                <w:rFonts w:asciiTheme="majorHAnsi" w:hAnsiTheme="majorHAnsi" w:cs="Cambria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Realitzar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les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activitats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de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difusió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propostes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en el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projecte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>.</w:t>
            </w:r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</w:p>
          <w:p w:rsidR="00340D0A" w:rsidRPr="00A417D1" w:rsidRDefault="00340D0A" w:rsidP="00340D0A">
            <w:pPr>
              <w:rPr>
                <w:rFonts w:asciiTheme="majorHAnsi" w:hAnsiTheme="majorHAnsi"/>
                <w:lang w:val="es-ES"/>
              </w:rPr>
            </w:pPr>
            <w:r w:rsidRPr="00A417D1">
              <w:rPr>
                <w:rFonts w:asciiTheme="majorHAnsi" w:hAnsiTheme="majorHAnsi" w:cs="Times New Roman"/>
                <w:lang w:val="es-ES"/>
              </w:rPr>
              <w:t>●</w:t>
            </w:r>
            <w:r w:rsidRPr="00A417D1">
              <w:rPr>
                <w:rFonts w:asciiTheme="majorHAnsi" w:hAnsiTheme="majorHAnsi" w:cs="Cambria"/>
                <w:lang w:val="es-ES"/>
              </w:rPr>
              <w:t xml:space="preserve"> Presentar una memoria/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resum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amb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l’impacte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de la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mobilitat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sobre la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seva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docència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>.</w:t>
            </w:r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</w:p>
          <w:p w:rsidR="00340D0A" w:rsidRDefault="00340D0A" w:rsidP="00340D0A">
            <w:pPr>
              <w:rPr>
                <w:rFonts w:asciiTheme="majorHAnsi" w:hAnsiTheme="majorHAnsi"/>
                <w:lang w:val="es-ES"/>
              </w:rPr>
            </w:pPr>
            <w:r w:rsidRPr="00A417D1">
              <w:rPr>
                <w:rFonts w:asciiTheme="majorHAnsi" w:hAnsiTheme="majorHAnsi" w:cs="Times New Roman"/>
                <w:lang w:val="es-ES"/>
              </w:rPr>
              <w:t>●</w:t>
            </w:r>
            <w:r w:rsidRPr="00A417D1">
              <w:rPr>
                <w:rFonts w:asciiTheme="majorHAnsi" w:hAnsiTheme="majorHAnsi" w:cs="Cambria"/>
                <w:lang w:val="es-ES"/>
              </w:rPr>
              <w:t xml:space="preserve"> Si el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participant</w:t>
            </w:r>
            <w:proofErr w:type="spellEnd"/>
            <w:r w:rsidRPr="00A417D1">
              <w:rPr>
                <w:rFonts w:asciiTheme="majorHAnsi" w:hAnsiTheme="majorHAnsi" w:cs="Cambria"/>
                <w:lang w:val="es-ES"/>
              </w:rPr>
              <w:t xml:space="preserve"> no </w:t>
            </w:r>
            <w:proofErr w:type="spellStart"/>
            <w:r w:rsidRPr="00A417D1">
              <w:rPr>
                <w:rFonts w:asciiTheme="majorHAnsi" w:hAnsiTheme="majorHAnsi" w:cs="Cambria"/>
                <w:lang w:val="es-ES"/>
              </w:rPr>
              <w:t>com</w:t>
            </w:r>
            <w:r w:rsidRPr="00A417D1">
              <w:rPr>
                <w:rFonts w:asciiTheme="majorHAnsi" w:hAnsiTheme="majorHAnsi"/>
                <w:lang w:val="es-ES"/>
              </w:rPr>
              <w:t>pleix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les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disposicions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del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conveni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haurà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de retornar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l’ajut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 xml:space="preserve"> </w:t>
            </w:r>
            <w:proofErr w:type="spellStart"/>
            <w:r w:rsidRPr="00A417D1">
              <w:rPr>
                <w:rFonts w:asciiTheme="majorHAnsi" w:hAnsiTheme="majorHAnsi"/>
                <w:lang w:val="es-ES"/>
              </w:rPr>
              <w:t>financer</w:t>
            </w:r>
            <w:proofErr w:type="spellEnd"/>
            <w:r w:rsidRPr="00A417D1">
              <w:rPr>
                <w:rFonts w:asciiTheme="majorHAnsi" w:hAnsiTheme="majorHAnsi"/>
                <w:lang w:val="es-ES"/>
              </w:rPr>
              <w:t>.</w:t>
            </w:r>
          </w:p>
          <w:p w:rsidR="00340D0A" w:rsidRDefault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>
            <w:pPr>
              <w:rPr>
                <w:rFonts w:asciiTheme="majorHAnsi" w:hAnsiTheme="majorHAnsi"/>
                <w:lang w:val="es-ES"/>
              </w:rPr>
            </w:pPr>
          </w:p>
          <w:p w:rsidR="00340D0A" w:rsidRDefault="00340D0A">
            <w:pPr>
              <w:rPr>
                <w:rFonts w:asciiTheme="majorHAnsi" w:hAnsiTheme="majorHAnsi"/>
                <w:lang w:val="es-ES"/>
              </w:rPr>
            </w:pPr>
          </w:p>
        </w:tc>
      </w:tr>
    </w:tbl>
    <w:p w:rsidR="00340D0A" w:rsidRPr="00A417D1" w:rsidRDefault="00340D0A">
      <w:pPr>
        <w:rPr>
          <w:rFonts w:asciiTheme="majorHAnsi" w:hAnsiTheme="majorHAnsi"/>
          <w:lang w:val="es-ES"/>
        </w:rPr>
      </w:pPr>
    </w:p>
    <w:sectPr w:rsidR="00340D0A" w:rsidRPr="00A417D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7D1" w:rsidRDefault="00A417D1" w:rsidP="00A417D1">
      <w:pPr>
        <w:spacing w:after="0" w:line="240" w:lineRule="auto"/>
      </w:pPr>
      <w:r>
        <w:separator/>
      </w:r>
    </w:p>
  </w:endnote>
  <w:endnote w:type="continuationSeparator" w:id="0">
    <w:p w:rsidR="00A417D1" w:rsidRDefault="00A417D1" w:rsidP="00A41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7D1" w:rsidRDefault="00A417D1" w:rsidP="00A417D1">
      <w:pPr>
        <w:spacing w:after="0" w:line="240" w:lineRule="auto"/>
      </w:pPr>
      <w:r>
        <w:separator/>
      </w:r>
    </w:p>
  </w:footnote>
  <w:footnote w:type="continuationSeparator" w:id="0">
    <w:p w:rsidR="00A417D1" w:rsidRDefault="00A417D1" w:rsidP="00A41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7D1" w:rsidRDefault="00A417D1">
    <w:pPr>
      <w:pStyle w:val="Encabezado"/>
    </w:pPr>
    <w:r>
      <w:rPr>
        <w:noProof/>
        <w:lang w:val="es-ES" w:eastAsia="es-ES"/>
      </w:rPr>
      <w:drawing>
        <wp:inline distT="0" distB="0" distL="0" distR="0">
          <wp:extent cx="1962150" cy="614178"/>
          <wp:effectExtent l="19050" t="0" r="0" b="0"/>
          <wp:docPr id="3" name="Imagen 2" descr="X:\01_INFORMACIÓ\04_LOGOS\LOGO OFICIAL CENTRE SUPERIOR 2022\LOGO EÒLIA OFICI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:\01_INFORMACIÓ\04_LOGOS\LOGO OFICIAL CENTRE SUPERIOR 2022\LOGO EÒLIA OFICIA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0153" cy="6166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FC257E8"/>
    <w:multiLevelType w:val="hybridMultilevel"/>
    <w:tmpl w:val="520C0A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0A0076"/>
    <w:rsid w:val="0015074B"/>
    <w:rsid w:val="0015558A"/>
    <w:rsid w:val="0017263A"/>
    <w:rsid w:val="0029639D"/>
    <w:rsid w:val="002B4638"/>
    <w:rsid w:val="00326F90"/>
    <w:rsid w:val="00340D0A"/>
    <w:rsid w:val="00354A5E"/>
    <w:rsid w:val="00580BB5"/>
    <w:rsid w:val="005F3228"/>
    <w:rsid w:val="006008E6"/>
    <w:rsid w:val="00750E0A"/>
    <w:rsid w:val="00763660"/>
    <w:rsid w:val="008A03A8"/>
    <w:rsid w:val="008C55C4"/>
    <w:rsid w:val="009053DB"/>
    <w:rsid w:val="00A417D1"/>
    <w:rsid w:val="00A539E6"/>
    <w:rsid w:val="00AA1D8D"/>
    <w:rsid w:val="00B47730"/>
    <w:rsid w:val="00BE77FD"/>
    <w:rsid w:val="00C37E57"/>
    <w:rsid w:val="00CB0664"/>
    <w:rsid w:val="00EF1F3E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0A0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00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622943-BAB0-4932-BBD6-E51595BF7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427</Words>
  <Characters>2350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2772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sebastia</cp:lastModifiedBy>
  <cp:revision>12</cp:revision>
  <dcterms:created xsi:type="dcterms:W3CDTF">2013-12-23T23:15:00Z</dcterms:created>
  <dcterms:modified xsi:type="dcterms:W3CDTF">2026-09-16T19:24:00Z</dcterms:modified>
  <cp:category/>
</cp:coreProperties>
</file>